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317CDD" w14:textId="1FC2807C" w:rsidR="6EB9577A" w:rsidRPr="00411DE8" w:rsidRDefault="6EB9577A" w:rsidP="4A44AF2F">
      <w:pPr>
        <w:spacing w:after="0" w:line="240" w:lineRule="auto"/>
        <w:jc w:val="center"/>
        <w:rPr>
          <w:rFonts w:asciiTheme="majorHAnsi" w:hAnsiTheme="majorHAnsi" w:cstheme="majorHAnsi"/>
          <w:lang w:val="pt-BR"/>
        </w:rPr>
      </w:pPr>
      <w:r w:rsidRPr="00411DE8">
        <w:rPr>
          <w:rFonts w:asciiTheme="majorHAnsi" w:eastAsia="Roboto" w:hAnsiTheme="majorHAnsi" w:cstheme="majorHAnsi"/>
          <w:color w:val="333333"/>
          <w:lang w:val="pt-BR"/>
        </w:rPr>
        <w:t xml:space="preserve">Programa Dinheiro Direto na Escola Paulista (PDDE-Paulista) </w:t>
      </w:r>
    </w:p>
    <w:p w14:paraId="4136C7B2" w14:textId="225852A5" w:rsidR="6EB9577A" w:rsidRPr="00411DE8" w:rsidRDefault="6EB9577A" w:rsidP="4A44AF2F">
      <w:pPr>
        <w:spacing w:after="0" w:line="240" w:lineRule="auto"/>
        <w:jc w:val="center"/>
        <w:rPr>
          <w:rFonts w:asciiTheme="majorHAnsi" w:eastAsia="Calibri" w:hAnsiTheme="majorHAnsi" w:cstheme="majorHAnsi"/>
          <w:sz w:val="24"/>
          <w:szCs w:val="24"/>
          <w:lang w:val="pt-BR"/>
        </w:rPr>
      </w:pPr>
      <w:r w:rsidRPr="00411DE8">
        <w:rPr>
          <w:rFonts w:asciiTheme="majorHAnsi" w:eastAsia="Roboto" w:hAnsiTheme="majorHAnsi" w:cstheme="majorHAnsi"/>
          <w:color w:val="333333"/>
          <w:lang w:val="pt-BR"/>
        </w:rPr>
        <w:t>Subprograma: Realização de pequenos reparos, adequações e serviços necessários à manutenção, conservação e melhoria da estrutura física das Escolas Técnicas Estaduais (ETECs)</w:t>
      </w:r>
    </w:p>
    <w:p w14:paraId="7F88347C" w14:textId="6F238AD5" w:rsidR="00E04180" w:rsidRPr="00411DE8" w:rsidRDefault="00411DE8" w:rsidP="002D7260">
      <w:pPr>
        <w:spacing w:after="0" w:line="240" w:lineRule="auto"/>
        <w:jc w:val="center"/>
        <w:rPr>
          <w:rFonts w:asciiTheme="majorHAnsi" w:hAnsiTheme="majorHAnsi" w:cstheme="majorHAnsi"/>
          <w:sz w:val="20"/>
          <w:szCs w:val="20"/>
          <w:lang w:val="pt-BR"/>
        </w:rPr>
      </w:pPr>
      <w:r w:rsidRPr="00411DE8">
        <w:rPr>
          <w:rFonts w:asciiTheme="majorHAnsi" w:hAnsiTheme="majorHAnsi" w:cstheme="majorHAnsi"/>
          <w:b/>
          <w:bCs/>
          <w:lang w:val="pt-BR"/>
        </w:rPr>
        <w:t xml:space="preserve">ORDEM DE </w:t>
      </w:r>
      <w:r w:rsidR="17431960" w:rsidRPr="00411DE8">
        <w:rPr>
          <w:rFonts w:asciiTheme="majorHAnsi" w:hAnsiTheme="majorHAnsi" w:cstheme="majorHAnsi"/>
          <w:b/>
          <w:bCs/>
          <w:lang w:val="pt-BR"/>
        </w:rPr>
        <w:t xml:space="preserve">INÍCIO DOS </w:t>
      </w:r>
      <w:r w:rsidRPr="00411DE8">
        <w:rPr>
          <w:rFonts w:asciiTheme="majorHAnsi" w:hAnsiTheme="majorHAnsi" w:cstheme="majorHAnsi"/>
          <w:b/>
          <w:bCs/>
          <w:lang w:val="pt-BR"/>
        </w:rPr>
        <w:t>SERVIÇO</w:t>
      </w:r>
      <w:r w:rsidR="5D4E4123" w:rsidRPr="00411DE8">
        <w:rPr>
          <w:rFonts w:asciiTheme="majorHAnsi" w:hAnsiTheme="majorHAnsi" w:cstheme="majorHAnsi"/>
          <w:b/>
          <w:bCs/>
          <w:lang w:val="pt-BR"/>
        </w:rPr>
        <w:t xml:space="preserve">S (OIS) </w:t>
      </w:r>
      <w:r w:rsidR="70BB7994" w:rsidRPr="00411DE8">
        <w:rPr>
          <w:rFonts w:asciiTheme="majorHAnsi" w:hAnsiTheme="majorHAnsi" w:cstheme="majorHAnsi"/>
          <w:b/>
          <w:bCs/>
          <w:lang w:val="pt-BR"/>
        </w:rPr>
        <w:t>Nº_____</w:t>
      </w:r>
    </w:p>
    <w:p w14:paraId="1EF4812D" w14:textId="41F75453" w:rsidR="00E04180" w:rsidRPr="00411DE8" w:rsidRDefault="00E04180" w:rsidP="002D7260">
      <w:pPr>
        <w:spacing w:after="0" w:line="240" w:lineRule="auto"/>
        <w:rPr>
          <w:rFonts w:asciiTheme="majorHAnsi" w:hAnsiTheme="majorHAnsi" w:cstheme="majorHAnsi"/>
          <w:lang w:val="pt-BR"/>
        </w:rPr>
      </w:pPr>
    </w:p>
    <w:tbl>
      <w:tblPr>
        <w:tblW w:w="0" w:type="auto"/>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680"/>
        <w:gridCol w:w="4680"/>
      </w:tblGrid>
      <w:tr w:rsidR="00B962D8" w:rsidRPr="00411DE8" w14:paraId="790B8855" w14:textId="77777777" w:rsidTr="4A44AF2F">
        <w:trPr>
          <w:jc w:val="center"/>
        </w:trPr>
        <w:tc>
          <w:tcPr>
            <w:tcW w:w="4680" w:type="dxa"/>
          </w:tcPr>
          <w:p w14:paraId="7C2DBEA0" w14:textId="53E14743" w:rsidR="00B962D8" w:rsidRPr="00411DE8" w:rsidRDefault="000716EE" w:rsidP="00653C58">
            <w:pPr>
              <w:spacing w:after="0" w:line="240" w:lineRule="auto"/>
              <w:rPr>
                <w:rFonts w:asciiTheme="majorHAnsi" w:hAnsiTheme="majorHAnsi" w:cstheme="majorHAnsi"/>
                <w:lang w:val="pt-BR"/>
              </w:rPr>
            </w:pPr>
            <w:r w:rsidRPr="00411DE8">
              <w:rPr>
                <w:rFonts w:asciiTheme="majorHAnsi" w:hAnsiTheme="majorHAnsi" w:cstheme="majorHAnsi"/>
                <w:lang w:val="pt-BR"/>
              </w:rPr>
              <w:t>Data de emissão</w:t>
            </w:r>
            <w:r w:rsidR="00B962D8" w:rsidRPr="00411DE8">
              <w:rPr>
                <w:rFonts w:asciiTheme="majorHAnsi" w:hAnsiTheme="majorHAnsi" w:cstheme="majorHAnsi"/>
                <w:lang w:val="pt-BR"/>
              </w:rPr>
              <w:t>:</w:t>
            </w:r>
          </w:p>
        </w:tc>
        <w:tc>
          <w:tcPr>
            <w:tcW w:w="4680" w:type="dxa"/>
          </w:tcPr>
          <w:p w14:paraId="01F6EDC0" w14:textId="6579BABC" w:rsidR="00B962D8" w:rsidRPr="00411DE8" w:rsidRDefault="00F425EF" w:rsidP="00653C58">
            <w:pPr>
              <w:spacing w:after="0" w:line="240" w:lineRule="auto"/>
              <w:rPr>
                <w:rFonts w:asciiTheme="majorHAnsi" w:hAnsiTheme="majorHAnsi" w:cstheme="majorHAnsi"/>
                <w:lang w:val="pt-BR"/>
              </w:rPr>
            </w:pPr>
            <w:r w:rsidRPr="00411DE8">
              <w:rPr>
                <w:rFonts w:asciiTheme="majorHAnsi" w:hAnsiTheme="majorHAnsi" w:cstheme="majorHAnsi"/>
                <w:lang w:val="pt-BR"/>
              </w:rPr>
              <w:t>____/____/____</w:t>
            </w:r>
          </w:p>
        </w:tc>
      </w:tr>
    </w:tbl>
    <w:p w14:paraId="3819DBA4" w14:textId="77777777" w:rsidR="002D7260" w:rsidRPr="00411DE8" w:rsidRDefault="002D7260" w:rsidP="002D7260">
      <w:pPr>
        <w:spacing w:after="0" w:line="240" w:lineRule="auto"/>
        <w:rPr>
          <w:rFonts w:asciiTheme="majorHAnsi" w:hAnsiTheme="majorHAnsi" w:cstheme="majorHAnsi"/>
          <w:lang w:val="pt-BR"/>
        </w:rPr>
      </w:pPr>
    </w:p>
    <w:p w14:paraId="250C5DBC" w14:textId="3574874D" w:rsidR="00E04180" w:rsidRPr="00411DE8" w:rsidRDefault="00411DE8" w:rsidP="002D7260">
      <w:pPr>
        <w:pStyle w:val="Ttulo2"/>
        <w:spacing w:before="0" w:line="240" w:lineRule="auto"/>
        <w:rPr>
          <w:rFonts w:cstheme="majorHAnsi"/>
          <w:sz w:val="22"/>
          <w:szCs w:val="22"/>
        </w:rPr>
      </w:pPr>
      <w:r w:rsidRPr="00411DE8">
        <w:rPr>
          <w:rFonts w:cstheme="majorHAnsi"/>
          <w:sz w:val="22"/>
          <w:szCs w:val="22"/>
        </w:rPr>
        <w:t>1. IDENTIFICAÇÃO</w:t>
      </w:r>
      <w:r w:rsidR="00CC7D10" w:rsidRPr="00411DE8">
        <w:rPr>
          <w:rFonts w:cstheme="majorHAnsi"/>
          <w:sz w:val="22"/>
          <w:szCs w:val="22"/>
        </w:rPr>
        <w:t xml:space="preserve"> DAS PARTES</w:t>
      </w:r>
    </w:p>
    <w:tbl>
      <w:tblPr>
        <w:tblW w:w="0" w:type="auto"/>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680"/>
        <w:gridCol w:w="4680"/>
      </w:tblGrid>
      <w:tr w:rsidR="00190DE7" w:rsidRPr="00411DE8" w14:paraId="58F99D9F" w14:textId="77777777" w:rsidTr="00645BFB">
        <w:trPr>
          <w:jc w:val="center"/>
        </w:trPr>
        <w:tc>
          <w:tcPr>
            <w:tcW w:w="4680" w:type="dxa"/>
          </w:tcPr>
          <w:p w14:paraId="685A5A09" w14:textId="243CA513" w:rsidR="00190DE7" w:rsidRPr="00411DE8" w:rsidRDefault="00CC5F15" w:rsidP="002D7260">
            <w:pPr>
              <w:spacing w:after="0" w:line="240" w:lineRule="auto"/>
              <w:rPr>
                <w:rFonts w:asciiTheme="majorHAnsi" w:hAnsiTheme="majorHAnsi" w:cstheme="majorHAnsi"/>
                <w:lang w:val="pt-BR"/>
              </w:rPr>
            </w:pPr>
            <w:r w:rsidRPr="00411DE8">
              <w:rPr>
                <w:rFonts w:asciiTheme="majorHAnsi" w:hAnsiTheme="majorHAnsi" w:cstheme="majorHAnsi"/>
                <w:lang w:val="pt-BR"/>
              </w:rPr>
              <w:t>Associação de Pais e Mestres (APM)</w:t>
            </w:r>
          </w:p>
        </w:tc>
        <w:tc>
          <w:tcPr>
            <w:tcW w:w="4680" w:type="dxa"/>
          </w:tcPr>
          <w:p w14:paraId="6D3D051A" w14:textId="77777777" w:rsidR="00190DE7" w:rsidRPr="00411DE8" w:rsidRDefault="00190DE7" w:rsidP="002D7260">
            <w:pPr>
              <w:spacing w:after="0" w:line="240" w:lineRule="auto"/>
              <w:rPr>
                <w:rFonts w:asciiTheme="majorHAnsi" w:hAnsiTheme="majorHAnsi" w:cstheme="majorHAnsi"/>
                <w:lang w:val="pt-BR"/>
              </w:rPr>
            </w:pPr>
          </w:p>
        </w:tc>
      </w:tr>
      <w:tr w:rsidR="00E04180" w:rsidRPr="00411DE8" w14:paraId="193AF613" w14:textId="77777777" w:rsidTr="00645BFB">
        <w:trPr>
          <w:jc w:val="center"/>
        </w:trPr>
        <w:tc>
          <w:tcPr>
            <w:tcW w:w="4680" w:type="dxa"/>
          </w:tcPr>
          <w:p w14:paraId="6674CC96" w14:textId="1C772CA0" w:rsidR="00E04180" w:rsidRPr="00411DE8" w:rsidRDefault="00411DE8" w:rsidP="002D7260">
            <w:pPr>
              <w:spacing w:after="0" w:line="240" w:lineRule="auto"/>
              <w:rPr>
                <w:rFonts w:asciiTheme="majorHAnsi" w:hAnsiTheme="majorHAnsi" w:cstheme="majorHAnsi"/>
                <w:lang w:val="pt-BR"/>
              </w:rPr>
            </w:pPr>
            <w:r w:rsidRPr="00411DE8">
              <w:rPr>
                <w:rFonts w:asciiTheme="majorHAnsi" w:hAnsiTheme="majorHAnsi" w:cstheme="majorHAnsi"/>
                <w:lang w:val="pt-BR"/>
              </w:rPr>
              <w:t>Unidade de ensino (Etec):</w:t>
            </w:r>
          </w:p>
        </w:tc>
        <w:tc>
          <w:tcPr>
            <w:tcW w:w="4680" w:type="dxa"/>
          </w:tcPr>
          <w:p w14:paraId="29D987C9" w14:textId="77777777" w:rsidR="00E04180" w:rsidRPr="00411DE8" w:rsidRDefault="00E04180" w:rsidP="002D7260">
            <w:pPr>
              <w:spacing w:after="0" w:line="240" w:lineRule="auto"/>
              <w:rPr>
                <w:rFonts w:asciiTheme="majorHAnsi" w:hAnsiTheme="majorHAnsi" w:cstheme="majorHAnsi"/>
                <w:lang w:val="pt-BR"/>
              </w:rPr>
            </w:pPr>
          </w:p>
        </w:tc>
      </w:tr>
      <w:tr w:rsidR="00CC5F15" w:rsidRPr="00411DE8" w14:paraId="3BAAC712" w14:textId="77777777" w:rsidTr="00645BFB">
        <w:trPr>
          <w:jc w:val="center"/>
        </w:trPr>
        <w:tc>
          <w:tcPr>
            <w:tcW w:w="4680" w:type="dxa"/>
          </w:tcPr>
          <w:p w14:paraId="0AA69AFC" w14:textId="32B6F32D" w:rsidR="00CC5F15" w:rsidRPr="00411DE8" w:rsidRDefault="00CC5F15" w:rsidP="002D7260">
            <w:pPr>
              <w:spacing w:after="0" w:line="240" w:lineRule="auto"/>
              <w:rPr>
                <w:rFonts w:asciiTheme="majorHAnsi" w:hAnsiTheme="majorHAnsi" w:cstheme="majorHAnsi"/>
                <w:lang w:val="pt-BR"/>
              </w:rPr>
            </w:pPr>
            <w:r w:rsidRPr="00411DE8">
              <w:rPr>
                <w:rFonts w:asciiTheme="majorHAnsi" w:hAnsiTheme="majorHAnsi" w:cstheme="majorHAnsi"/>
                <w:lang w:val="pt-BR"/>
              </w:rPr>
              <w:t>CNPJ:</w:t>
            </w:r>
          </w:p>
        </w:tc>
        <w:tc>
          <w:tcPr>
            <w:tcW w:w="4680" w:type="dxa"/>
          </w:tcPr>
          <w:p w14:paraId="3494631B" w14:textId="77777777" w:rsidR="00CC5F15" w:rsidRPr="00411DE8" w:rsidRDefault="00CC5F15" w:rsidP="002D7260">
            <w:pPr>
              <w:spacing w:after="0" w:line="240" w:lineRule="auto"/>
              <w:rPr>
                <w:rFonts w:asciiTheme="majorHAnsi" w:hAnsiTheme="majorHAnsi" w:cstheme="majorHAnsi"/>
                <w:lang w:val="pt-BR"/>
              </w:rPr>
            </w:pPr>
          </w:p>
        </w:tc>
      </w:tr>
      <w:tr w:rsidR="00E04180" w:rsidRPr="00411DE8" w14:paraId="0ED28997" w14:textId="77777777" w:rsidTr="00645BFB">
        <w:trPr>
          <w:jc w:val="center"/>
        </w:trPr>
        <w:tc>
          <w:tcPr>
            <w:tcW w:w="4680" w:type="dxa"/>
          </w:tcPr>
          <w:p w14:paraId="05FEF865" w14:textId="77777777" w:rsidR="00E04180" w:rsidRPr="00411DE8" w:rsidRDefault="00411DE8" w:rsidP="002D7260">
            <w:pPr>
              <w:spacing w:after="0" w:line="240" w:lineRule="auto"/>
              <w:rPr>
                <w:rFonts w:asciiTheme="majorHAnsi" w:hAnsiTheme="majorHAnsi" w:cstheme="majorHAnsi"/>
                <w:lang w:val="pt-BR"/>
              </w:rPr>
            </w:pPr>
            <w:r w:rsidRPr="00411DE8">
              <w:rPr>
                <w:rFonts w:asciiTheme="majorHAnsi" w:hAnsiTheme="majorHAnsi" w:cstheme="majorHAnsi"/>
                <w:lang w:val="pt-BR"/>
              </w:rPr>
              <w:t>Endereço/Bloco/Local do serviço:</w:t>
            </w:r>
          </w:p>
        </w:tc>
        <w:tc>
          <w:tcPr>
            <w:tcW w:w="4680" w:type="dxa"/>
          </w:tcPr>
          <w:p w14:paraId="218BE4BA" w14:textId="77777777" w:rsidR="00E04180" w:rsidRPr="00411DE8" w:rsidRDefault="00E04180" w:rsidP="002D7260">
            <w:pPr>
              <w:spacing w:after="0" w:line="240" w:lineRule="auto"/>
              <w:rPr>
                <w:rFonts w:asciiTheme="majorHAnsi" w:hAnsiTheme="majorHAnsi" w:cstheme="majorHAnsi"/>
                <w:lang w:val="pt-BR"/>
              </w:rPr>
            </w:pPr>
          </w:p>
        </w:tc>
      </w:tr>
      <w:tr w:rsidR="00323100" w:rsidRPr="00411DE8" w14:paraId="1C2F044C" w14:textId="77777777" w:rsidTr="00645BFB">
        <w:trPr>
          <w:jc w:val="center"/>
        </w:trPr>
        <w:tc>
          <w:tcPr>
            <w:tcW w:w="4680" w:type="dxa"/>
          </w:tcPr>
          <w:p w14:paraId="4E7C8837" w14:textId="661170A1" w:rsidR="00323100" w:rsidRPr="00411DE8" w:rsidRDefault="00323100" w:rsidP="002D7260">
            <w:pPr>
              <w:spacing w:after="0" w:line="240" w:lineRule="auto"/>
              <w:rPr>
                <w:rFonts w:asciiTheme="majorHAnsi" w:hAnsiTheme="majorHAnsi" w:cstheme="majorHAnsi"/>
                <w:lang w:val="pt-BR"/>
              </w:rPr>
            </w:pPr>
            <w:r w:rsidRPr="00411DE8">
              <w:rPr>
                <w:rFonts w:asciiTheme="majorHAnsi" w:hAnsiTheme="majorHAnsi" w:cstheme="majorHAnsi"/>
                <w:lang w:val="pt-BR"/>
              </w:rPr>
              <w:t>Representante</w:t>
            </w:r>
            <w:r w:rsidR="00645BFB" w:rsidRPr="00411DE8">
              <w:rPr>
                <w:rFonts w:asciiTheme="majorHAnsi" w:hAnsiTheme="majorHAnsi" w:cstheme="majorHAnsi"/>
                <w:lang w:val="pt-BR"/>
              </w:rPr>
              <w:t>:</w:t>
            </w:r>
          </w:p>
        </w:tc>
        <w:tc>
          <w:tcPr>
            <w:tcW w:w="4680" w:type="dxa"/>
          </w:tcPr>
          <w:p w14:paraId="1A8284D8" w14:textId="77777777" w:rsidR="00323100" w:rsidRPr="00411DE8" w:rsidRDefault="00323100" w:rsidP="002D7260">
            <w:pPr>
              <w:spacing w:after="0" w:line="240" w:lineRule="auto"/>
              <w:rPr>
                <w:rFonts w:asciiTheme="majorHAnsi" w:hAnsiTheme="majorHAnsi" w:cstheme="majorHAnsi"/>
                <w:lang w:val="pt-BR"/>
              </w:rPr>
            </w:pPr>
          </w:p>
        </w:tc>
      </w:tr>
      <w:tr w:rsidR="00323100" w:rsidRPr="00411DE8" w14:paraId="2D713451" w14:textId="77777777" w:rsidTr="00645BFB">
        <w:trPr>
          <w:jc w:val="center"/>
        </w:trPr>
        <w:tc>
          <w:tcPr>
            <w:tcW w:w="4680" w:type="dxa"/>
          </w:tcPr>
          <w:p w14:paraId="5B7E3070" w14:textId="5FA58129" w:rsidR="00323100" w:rsidRPr="00411DE8" w:rsidRDefault="00645BFB" w:rsidP="002D7260">
            <w:pPr>
              <w:spacing w:after="0" w:line="240" w:lineRule="auto"/>
              <w:rPr>
                <w:rFonts w:asciiTheme="majorHAnsi" w:hAnsiTheme="majorHAnsi" w:cstheme="majorHAnsi"/>
                <w:lang w:val="pt-BR"/>
              </w:rPr>
            </w:pPr>
            <w:r w:rsidRPr="00411DE8">
              <w:rPr>
                <w:rFonts w:asciiTheme="majorHAnsi" w:hAnsiTheme="majorHAnsi" w:cstheme="majorHAnsi"/>
                <w:lang w:val="pt-BR"/>
              </w:rPr>
              <w:t>Telefone:</w:t>
            </w:r>
          </w:p>
        </w:tc>
        <w:tc>
          <w:tcPr>
            <w:tcW w:w="4680" w:type="dxa"/>
          </w:tcPr>
          <w:p w14:paraId="13152676" w14:textId="77777777" w:rsidR="00323100" w:rsidRPr="00411DE8" w:rsidRDefault="00323100" w:rsidP="002D7260">
            <w:pPr>
              <w:spacing w:after="0" w:line="240" w:lineRule="auto"/>
              <w:rPr>
                <w:rFonts w:asciiTheme="majorHAnsi" w:hAnsiTheme="majorHAnsi" w:cstheme="majorHAnsi"/>
                <w:lang w:val="pt-BR"/>
              </w:rPr>
            </w:pPr>
          </w:p>
        </w:tc>
      </w:tr>
      <w:tr w:rsidR="00323100" w:rsidRPr="00411DE8" w14:paraId="23EC38E0" w14:textId="77777777" w:rsidTr="00645BFB">
        <w:trPr>
          <w:jc w:val="center"/>
        </w:trPr>
        <w:tc>
          <w:tcPr>
            <w:tcW w:w="4680" w:type="dxa"/>
          </w:tcPr>
          <w:p w14:paraId="394EB898" w14:textId="42D6C5C4" w:rsidR="00323100" w:rsidRPr="00411DE8" w:rsidRDefault="00645BFB" w:rsidP="002D7260">
            <w:pPr>
              <w:spacing w:after="0" w:line="240" w:lineRule="auto"/>
              <w:rPr>
                <w:rFonts w:asciiTheme="majorHAnsi" w:hAnsiTheme="majorHAnsi" w:cstheme="majorHAnsi"/>
                <w:lang w:val="pt-BR"/>
              </w:rPr>
            </w:pPr>
            <w:r w:rsidRPr="00411DE8">
              <w:rPr>
                <w:rFonts w:asciiTheme="majorHAnsi" w:hAnsiTheme="majorHAnsi" w:cstheme="majorHAnsi"/>
                <w:lang w:val="pt-BR"/>
              </w:rPr>
              <w:t>E</w:t>
            </w:r>
            <w:r w:rsidR="00F45F14" w:rsidRPr="00411DE8">
              <w:rPr>
                <w:rFonts w:asciiTheme="majorHAnsi" w:hAnsiTheme="majorHAnsi" w:cstheme="majorHAnsi"/>
                <w:lang w:val="pt-BR"/>
              </w:rPr>
              <w:t>-</w:t>
            </w:r>
            <w:r w:rsidRPr="00411DE8">
              <w:rPr>
                <w:rFonts w:asciiTheme="majorHAnsi" w:hAnsiTheme="majorHAnsi" w:cstheme="majorHAnsi"/>
                <w:lang w:val="pt-BR"/>
              </w:rPr>
              <w:t>mail:</w:t>
            </w:r>
          </w:p>
        </w:tc>
        <w:tc>
          <w:tcPr>
            <w:tcW w:w="4680" w:type="dxa"/>
          </w:tcPr>
          <w:p w14:paraId="1C0C6E32" w14:textId="77777777" w:rsidR="00323100" w:rsidRPr="00411DE8" w:rsidRDefault="00323100" w:rsidP="002D7260">
            <w:pPr>
              <w:spacing w:after="0" w:line="240" w:lineRule="auto"/>
              <w:rPr>
                <w:rFonts w:asciiTheme="majorHAnsi" w:hAnsiTheme="majorHAnsi" w:cstheme="majorHAnsi"/>
                <w:lang w:val="pt-BR"/>
              </w:rPr>
            </w:pPr>
          </w:p>
        </w:tc>
      </w:tr>
    </w:tbl>
    <w:p w14:paraId="1A57CEF1" w14:textId="1ABB4CCD" w:rsidR="00E04180" w:rsidRPr="00411DE8" w:rsidRDefault="00E04180" w:rsidP="002D7260">
      <w:pPr>
        <w:spacing w:after="0" w:line="240" w:lineRule="auto"/>
        <w:rPr>
          <w:rFonts w:asciiTheme="majorHAnsi" w:hAnsiTheme="majorHAnsi" w:cstheme="majorHAnsi"/>
        </w:rPr>
      </w:pPr>
    </w:p>
    <w:tbl>
      <w:tblPr>
        <w:tblStyle w:val="Tabelacomgrade"/>
        <w:tblW w:w="0" w:type="auto"/>
        <w:tblInd w:w="108" w:type="dxa"/>
        <w:tblLook w:val="04A0" w:firstRow="1" w:lastRow="0" w:firstColumn="1" w:lastColumn="0" w:noHBand="0" w:noVBand="1"/>
      </w:tblPr>
      <w:tblGrid>
        <w:gridCol w:w="4678"/>
        <w:gridCol w:w="4678"/>
      </w:tblGrid>
      <w:tr w:rsidR="008A24FD" w:rsidRPr="00411DE8" w14:paraId="4C776845" w14:textId="77777777" w:rsidTr="008A24FD">
        <w:tc>
          <w:tcPr>
            <w:tcW w:w="4678" w:type="dxa"/>
          </w:tcPr>
          <w:p w14:paraId="686E76AC" w14:textId="77777777" w:rsidR="008A24FD" w:rsidRPr="00411DE8" w:rsidRDefault="008A24FD" w:rsidP="00653C58">
            <w:pPr>
              <w:rPr>
                <w:rFonts w:asciiTheme="majorHAnsi" w:hAnsiTheme="majorHAnsi" w:cstheme="majorHAnsi"/>
              </w:rPr>
            </w:pPr>
            <w:proofErr w:type="spellStart"/>
            <w:r w:rsidRPr="00411DE8">
              <w:rPr>
                <w:rFonts w:asciiTheme="majorHAnsi" w:hAnsiTheme="majorHAnsi" w:cstheme="majorHAnsi"/>
              </w:rPr>
              <w:t>Fornecedor</w:t>
            </w:r>
            <w:proofErr w:type="spellEnd"/>
            <w:r w:rsidRPr="00411DE8">
              <w:rPr>
                <w:rFonts w:asciiTheme="majorHAnsi" w:hAnsiTheme="majorHAnsi" w:cstheme="majorHAnsi"/>
              </w:rPr>
              <w:t>/</w:t>
            </w:r>
            <w:proofErr w:type="spellStart"/>
            <w:r w:rsidRPr="00411DE8">
              <w:rPr>
                <w:rFonts w:asciiTheme="majorHAnsi" w:hAnsiTheme="majorHAnsi" w:cstheme="majorHAnsi"/>
              </w:rPr>
              <w:t>Empresa</w:t>
            </w:r>
            <w:proofErr w:type="spellEnd"/>
            <w:r w:rsidRPr="00411DE8">
              <w:rPr>
                <w:rFonts w:asciiTheme="majorHAnsi" w:hAnsiTheme="majorHAnsi" w:cstheme="majorHAnsi"/>
              </w:rPr>
              <w:t>:</w:t>
            </w:r>
          </w:p>
        </w:tc>
        <w:tc>
          <w:tcPr>
            <w:tcW w:w="4678" w:type="dxa"/>
          </w:tcPr>
          <w:p w14:paraId="70CB909A" w14:textId="77777777" w:rsidR="008A24FD" w:rsidRPr="00411DE8" w:rsidRDefault="008A24FD" w:rsidP="00653C58">
            <w:pPr>
              <w:rPr>
                <w:rFonts w:asciiTheme="majorHAnsi" w:hAnsiTheme="majorHAnsi" w:cstheme="majorHAnsi"/>
              </w:rPr>
            </w:pPr>
          </w:p>
        </w:tc>
      </w:tr>
      <w:tr w:rsidR="008A24FD" w:rsidRPr="00411DE8" w14:paraId="0003EF48" w14:textId="77777777" w:rsidTr="008A24FD">
        <w:tc>
          <w:tcPr>
            <w:tcW w:w="4678" w:type="dxa"/>
          </w:tcPr>
          <w:p w14:paraId="1BE7F084" w14:textId="77777777" w:rsidR="008A24FD" w:rsidRPr="00411DE8" w:rsidRDefault="008A24FD" w:rsidP="00653C58">
            <w:pPr>
              <w:rPr>
                <w:rFonts w:asciiTheme="majorHAnsi" w:hAnsiTheme="majorHAnsi" w:cstheme="majorHAnsi"/>
              </w:rPr>
            </w:pPr>
            <w:r w:rsidRPr="00411DE8">
              <w:rPr>
                <w:rFonts w:asciiTheme="majorHAnsi" w:hAnsiTheme="majorHAnsi" w:cstheme="majorHAnsi"/>
              </w:rPr>
              <w:t>CPF/CNPJ:</w:t>
            </w:r>
          </w:p>
        </w:tc>
        <w:tc>
          <w:tcPr>
            <w:tcW w:w="4678" w:type="dxa"/>
          </w:tcPr>
          <w:p w14:paraId="2C02BC70" w14:textId="77777777" w:rsidR="008A24FD" w:rsidRPr="00411DE8" w:rsidRDefault="008A24FD" w:rsidP="00653C58">
            <w:pPr>
              <w:rPr>
                <w:rFonts w:asciiTheme="majorHAnsi" w:hAnsiTheme="majorHAnsi" w:cstheme="majorHAnsi"/>
              </w:rPr>
            </w:pPr>
          </w:p>
        </w:tc>
      </w:tr>
      <w:tr w:rsidR="008A24FD" w:rsidRPr="00411DE8" w14:paraId="76DA8C16" w14:textId="77777777" w:rsidTr="008A24FD">
        <w:tc>
          <w:tcPr>
            <w:tcW w:w="4678" w:type="dxa"/>
          </w:tcPr>
          <w:p w14:paraId="31FF416C" w14:textId="77777777" w:rsidR="008A24FD" w:rsidRPr="00411DE8" w:rsidRDefault="008A24FD" w:rsidP="00653C58">
            <w:pPr>
              <w:rPr>
                <w:rFonts w:asciiTheme="majorHAnsi" w:hAnsiTheme="majorHAnsi" w:cstheme="majorHAnsi"/>
              </w:rPr>
            </w:pPr>
            <w:r w:rsidRPr="00411DE8">
              <w:rPr>
                <w:rFonts w:asciiTheme="majorHAnsi" w:hAnsiTheme="majorHAnsi" w:cstheme="majorHAnsi"/>
              </w:rPr>
              <w:t>Endereço:</w:t>
            </w:r>
          </w:p>
        </w:tc>
        <w:tc>
          <w:tcPr>
            <w:tcW w:w="4678" w:type="dxa"/>
          </w:tcPr>
          <w:p w14:paraId="287DA2C8" w14:textId="77777777" w:rsidR="008A24FD" w:rsidRPr="00411DE8" w:rsidRDefault="008A24FD" w:rsidP="00653C58">
            <w:pPr>
              <w:rPr>
                <w:rFonts w:asciiTheme="majorHAnsi" w:hAnsiTheme="majorHAnsi" w:cstheme="majorHAnsi"/>
              </w:rPr>
            </w:pPr>
          </w:p>
        </w:tc>
      </w:tr>
      <w:tr w:rsidR="009946A0" w:rsidRPr="00411DE8" w14:paraId="67DBB13B" w14:textId="77777777" w:rsidTr="00653C58">
        <w:tc>
          <w:tcPr>
            <w:tcW w:w="4678" w:type="dxa"/>
          </w:tcPr>
          <w:p w14:paraId="7BCD63D8" w14:textId="77777777" w:rsidR="009946A0" w:rsidRPr="00411DE8" w:rsidRDefault="009946A0" w:rsidP="00653C58">
            <w:pPr>
              <w:rPr>
                <w:rFonts w:asciiTheme="majorHAnsi" w:hAnsiTheme="majorHAnsi" w:cstheme="majorHAnsi"/>
              </w:rPr>
            </w:pPr>
            <w:proofErr w:type="spellStart"/>
            <w:r w:rsidRPr="00411DE8">
              <w:rPr>
                <w:rFonts w:asciiTheme="majorHAnsi" w:hAnsiTheme="majorHAnsi" w:cstheme="majorHAnsi"/>
              </w:rPr>
              <w:t>Responsável</w:t>
            </w:r>
            <w:proofErr w:type="spellEnd"/>
            <w:r w:rsidRPr="00411DE8">
              <w:rPr>
                <w:rFonts w:asciiTheme="majorHAnsi" w:hAnsiTheme="majorHAnsi" w:cstheme="majorHAnsi"/>
              </w:rPr>
              <w:t xml:space="preserve"> </w:t>
            </w:r>
            <w:proofErr w:type="spellStart"/>
            <w:r w:rsidRPr="00411DE8">
              <w:rPr>
                <w:rFonts w:asciiTheme="majorHAnsi" w:hAnsiTheme="majorHAnsi" w:cstheme="majorHAnsi"/>
              </w:rPr>
              <w:t>técnico</w:t>
            </w:r>
            <w:proofErr w:type="spellEnd"/>
            <w:r w:rsidRPr="00411DE8">
              <w:rPr>
                <w:rFonts w:asciiTheme="majorHAnsi" w:hAnsiTheme="majorHAnsi" w:cstheme="majorHAnsi"/>
              </w:rPr>
              <w:t xml:space="preserve"> (ART/RRT):</w:t>
            </w:r>
          </w:p>
        </w:tc>
        <w:tc>
          <w:tcPr>
            <w:tcW w:w="4678" w:type="dxa"/>
          </w:tcPr>
          <w:p w14:paraId="117C47D0" w14:textId="77777777" w:rsidR="009946A0" w:rsidRPr="00411DE8" w:rsidRDefault="009946A0" w:rsidP="00653C58">
            <w:pPr>
              <w:rPr>
                <w:rFonts w:asciiTheme="majorHAnsi" w:hAnsiTheme="majorHAnsi" w:cstheme="majorHAnsi"/>
              </w:rPr>
            </w:pPr>
          </w:p>
        </w:tc>
      </w:tr>
      <w:tr w:rsidR="008A24FD" w:rsidRPr="00411DE8" w14:paraId="5811D987" w14:textId="77777777" w:rsidTr="008A24FD">
        <w:tc>
          <w:tcPr>
            <w:tcW w:w="4678" w:type="dxa"/>
          </w:tcPr>
          <w:p w14:paraId="6009953C" w14:textId="77777777" w:rsidR="008A24FD" w:rsidRPr="00411DE8" w:rsidRDefault="008A24FD" w:rsidP="00653C58">
            <w:pPr>
              <w:rPr>
                <w:rFonts w:asciiTheme="majorHAnsi" w:hAnsiTheme="majorHAnsi" w:cstheme="majorHAnsi"/>
              </w:rPr>
            </w:pPr>
            <w:r w:rsidRPr="00411DE8">
              <w:rPr>
                <w:rFonts w:asciiTheme="majorHAnsi" w:hAnsiTheme="majorHAnsi" w:cstheme="majorHAnsi"/>
              </w:rPr>
              <w:t>Telefone:</w:t>
            </w:r>
          </w:p>
        </w:tc>
        <w:tc>
          <w:tcPr>
            <w:tcW w:w="4678" w:type="dxa"/>
          </w:tcPr>
          <w:p w14:paraId="6AAF09A4" w14:textId="77777777" w:rsidR="008A24FD" w:rsidRPr="00411DE8" w:rsidRDefault="008A24FD" w:rsidP="00653C58">
            <w:pPr>
              <w:rPr>
                <w:rFonts w:asciiTheme="majorHAnsi" w:hAnsiTheme="majorHAnsi" w:cstheme="majorHAnsi"/>
              </w:rPr>
            </w:pPr>
          </w:p>
        </w:tc>
      </w:tr>
      <w:tr w:rsidR="008A24FD" w:rsidRPr="00411DE8" w14:paraId="2DB5D989" w14:textId="77777777" w:rsidTr="008A24FD">
        <w:tc>
          <w:tcPr>
            <w:tcW w:w="4678" w:type="dxa"/>
          </w:tcPr>
          <w:p w14:paraId="3FD30109" w14:textId="77777777" w:rsidR="008A24FD" w:rsidRPr="00411DE8" w:rsidRDefault="008A24FD" w:rsidP="00653C58">
            <w:pPr>
              <w:rPr>
                <w:rFonts w:asciiTheme="majorHAnsi" w:hAnsiTheme="majorHAnsi" w:cstheme="majorHAnsi"/>
              </w:rPr>
            </w:pPr>
            <w:r w:rsidRPr="00411DE8">
              <w:rPr>
                <w:rFonts w:asciiTheme="majorHAnsi" w:hAnsiTheme="majorHAnsi" w:cstheme="majorHAnsi"/>
              </w:rPr>
              <w:t>E-mail:</w:t>
            </w:r>
          </w:p>
        </w:tc>
        <w:tc>
          <w:tcPr>
            <w:tcW w:w="4678" w:type="dxa"/>
          </w:tcPr>
          <w:p w14:paraId="1CDB8CD0" w14:textId="77777777" w:rsidR="008A24FD" w:rsidRPr="00411DE8" w:rsidRDefault="008A24FD" w:rsidP="00653C58">
            <w:pPr>
              <w:rPr>
                <w:rFonts w:asciiTheme="majorHAnsi" w:hAnsiTheme="majorHAnsi" w:cstheme="majorHAnsi"/>
              </w:rPr>
            </w:pPr>
          </w:p>
        </w:tc>
      </w:tr>
    </w:tbl>
    <w:p w14:paraId="666AEB45" w14:textId="77777777" w:rsidR="00117E46" w:rsidRPr="00411DE8" w:rsidRDefault="00117E46" w:rsidP="002D7260">
      <w:pPr>
        <w:spacing w:after="0" w:line="240" w:lineRule="auto"/>
        <w:rPr>
          <w:rFonts w:asciiTheme="majorHAnsi" w:hAnsiTheme="majorHAnsi" w:cstheme="majorHAnsi"/>
        </w:rPr>
      </w:pPr>
    </w:p>
    <w:p w14:paraId="24916555" w14:textId="5AC55B9E" w:rsidR="00117E46" w:rsidRPr="00411DE8" w:rsidRDefault="00117E46" w:rsidP="00117E46">
      <w:pPr>
        <w:pStyle w:val="Ttulo2"/>
        <w:spacing w:before="0" w:line="240" w:lineRule="auto"/>
        <w:rPr>
          <w:rFonts w:cstheme="majorHAnsi"/>
          <w:sz w:val="22"/>
          <w:szCs w:val="22"/>
          <w:lang w:val="pt-BR"/>
        </w:rPr>
      </w:pPr>
      <w:r w:rsidRPr="00411DE8">
        <w:rPr>
          <w:rFonts w:cstheme="majorHAnsi"/>
          <w:sz w:val="22"/>
          <w:szCs w:val="22"/>
          <w:lang w:val="pt-BR"/>
        </w:rPr>
        <w:t xml:space="preserve">2. </w:t>
      </w:r>
      <w:r w:rsidR="008F3FF2" w:rsidRPr="00411DE8">
        <w:rPr>
          <w:rFonts w:cstheme="majorHAnsi"/>
          <w:sz w:val="22"/>
          <w:szCs w:val="22"/>
          <w:lang w:val="pt-BR"/>
        </w:rPr>
        <w:t>PRAZO DE EXECUÇÃO</w:t>
      </w:r>
    </w:p>
    <w:tbl>
      <w:tblPr>
        <w:tblStyle w:val="Tabelacomgrade"/>
        <w:tblW w:w="0" w:type="auto"/>
        <w:tblInd w:w="108" w:type="dxa"/>
        <w:tblLook w:val="04A0" w:firstRow="1" w:lastRow="0" w:firstColumn="1" w:lastColumn="0" w:noHBand="0" w:noVBand="1"/>
      </w:tblPr>
      <w:tblGrid>
        <w:gridCol w:w="4678"/>
        <w:gridCol w:w="4678"/>
      </w:tblGrid>
      <w:tr w:rsidR="008F3FF2" w:rsidRPr="00411DE8" w14:paraId="3A6C0E88" w14:textId="77777777" w:rsidTr="00653C58">
        <w:tc>
          <w:tcPr>
            <w:tcW w:w="4678" w:type="dxa"/>
          </w:tcPr>
          <w:p w14:paraId="3FA409E3" w14:textId="274162D8" w:rsidR="008F3FF2" w:rsidRPr="00411DE8" w:rsidRDefault="008F3FF2" w:rsidP="008F3FF2">
            <w:pPr>
              <w:rPr>
                <w:rFonts w:asciiTheme="majorHAnsi" w:hAnsiTheme="majorHAnsi" w:cstheme="majorHAnsi"/>
              </w:rPr>
            </w:pPr>
            <w:proofErr w:type="spellStart"/>
            <w:r w:rsidRPr="00411DE8">
              <w:rPr>
                <w:rFonts w:asciiTheme="majorHAnsi" w:hAnsiTheme="majorHAnsi" w:cstheme="majorHAnsi"/>
              </w:rPr>
              <w:t>Prazo</w:t>
            </w:r>
            <w:proofErr w:type="spellEnd"/>
            <w:r w:rsidRPr="00411DE8">
              <w:rPr>
                <w:rFonts w:asciiTheme="majorHAnsi" w:hAnsiTheme="majorHAnsi" w:cstheme="majorHAnsi"/>
              </w:rPr>
              <w:t xml:space="preserve"> de </w:t>
            </w:r>
            <w:proofErr w:type="spellStart"/>
            <w:r w:rsidRPr="00411DE8">
              <w:rPr>
                <w:rFonts w:asciiTheme="majorHAnsi" w:hAnsiTheme="majorHAnsi" w:cstheme="majorHAnsi"/>
              </w:rPr>
              <w:t>execução</w:t>
            </w:r>
            <w:proofErr w:type="spellEnd"/>
            <w:r w:rsidRPr="00411DE8">
              <w:rPr>
                <w:rFonts w:asciiTheme="majorHAnsi" w:hAnsiTheme="majorHAnsi" w:cstheme="majorHAnsi"/>
              </w:rPr>
              <w:t xml:space="preserve"> (</w:t>
            </w:r>
            <w:proofErr w:type="spellStart"/>
            <w:r w:rsidRPr="00411DE8">
              <w:rPr>
                <w:rFonts w:asciiTheme="majorHAnsi" w:hAnsiTheme="majorHAnsi" w:cstheme="majorHAnsi"/>
              </w:rPr>
              <w:t>dias</w:t>
            </w:r>
            <w:proofErr w:type="spellEnd"/>
            <w:r w:rsidRPr="00411DE8">
              <w:rPr>
                <w:rFonts w:asciiTheme="majorHAnsi" w:hAnsiTheme="majorHAnsi" w:cstheme="majorHAnsi"/>
              </w:rPr>
              <w:t>):</w:t>
            </w:r>
          </w:p>
        </w:tc>
        <w:tc>
          <w:tcPr>
            <w:tcW w:w="4678" w:type="dxa"/>
          </w:tcPr>
          <w:p w14:paraId="131C2960" w14:textId="77E978B6" w:rsidR="008F3FF2" w:rsidRPr="00411DE8" w:rsidRDefault="008F3FF2" w:rsidP="008F3FF2">
            <w:pPr>
              <w:rPr>
                <w:rFonts w:asciiTheme="majorHAnsi" w:hAnsiTheme="majorHAnsi" w:cstheme="majorHAnsi"/>
              </w:rPr>
            </w:pPr>
          </w:p>
        </w:tc>
      </w:tr>
      <w:tr w:rsidR="008F3FF2" w:rsidRPr="00411DE8" w14:paraId="0625A845" w14:textId="77777777" w:rsidTr="00653C58">
        <w:tc>
          <w:tcPr>
            <w:tcW w:w="4678" w:type="dxa"/>
          </w:tcPr>
          <w:p w14:paraId="5E765C42" w14:textId="295BE6EA" w:rsidR="008F3FF2" w:rsidRPr="00411DE8" w:rsidRDefault="008F3FF2" w:rsidP="008F3FF2">
            <w:pPr>
              <w:rPr>
                <w:rFonts w:asciiTheme="majorHAnsi" w:hAnsiTheme="majorHAnsi" w:cstheme="majorHAnsi"/>
              </w:rPr>
            </w:pPr>
            <w:r w:rsidRPr="00411DE8">
              <w:rPr>
                <w:rFonts w:asciiTheme="majorHAnsi" w:hAnsiTheme="majorHAnsi" w:cstheme="majorHAnsi"/>
              </w:rPr>
              <w:t xml:space="preserve">Data de </w:t>
            </w:r>
            <w:proofErr w:type="spellStart"/>
            <w:r w:rsidRPr="00411DE8">
              <w:rPr>
                <w:rFonts w:asciiTheme="majorHAnsi" w:hAnsiTheme="majorHAnsi" w:cstheme="majorHAnsi"/>
              </w:rPr>
              <w:t>início</w:t>
            </w:r>
            <w:proofErr w:type="spellEnd"/>
            <w:r w:rsidRPr="00411DE8">
              <w:rPr>
                <w:rFonts w:asciiTheme="majorHAnsi" w:hAnsiTheme="majorHAnsi" w:cstheme="majorHAnsi"/>
              </w:rPr>
              <w:t>:</w:t>
            </w:r>
          </w:p>
        </w:tc>
        <w:tc>
          <w:tcPr>
            <w:tcW w:w="4678" w:type="dxa"/>
          </w:tcPr>
          <w:p w14:paraId="7DBE3C8B" w14:textId="2D8307F7" w:rsidR="008F3FF2" w:rsidRPr="00411DE8" w:rsidRDefault="008F3FF2" w:rsidP="008F3FF2">
            <w:pPr>
              <w:rPr>
                <w:rFonts w:asciiTheme="majorHAnsi" w:hAnsiTheme="majorHAnsi" w:cstheme="majorHAnsi"/>
              </w:rPr>
            </w:pPr>
            <w:r w:rsidRPr="00411DE8">
              <w:rPr>
                <w:rFonts w:asciiTheme="majorHAnsi" w:hAnsiTheme="majorHAnsi" w:cstheme="majorHAnsi"/>
                <w:lang w:val="pt-BR"/>
              </w:rPr>
              <w:t>____/____/____</w:t>
            </w:r>
          </w:p>
        </w:tc>
      </w:tr>
      <w:tr w:rsidR="008F3FF2" w:rsidRPr="00411DE8" w14:paraId="7F19DBB9" w14:textId="77777777" w:rsidTr="00653C58">
        <w:tc>
          <w:tcPr>
            <w:tcW w:w="4678" w:type="dxa"/>
          </w:tcPr>
          <w:p w14:paraId="6DB517A3" w14:textId="068CF9E8" w:rsidR="008F3FF2" w:rsidRPr="00411DE8" w:rsidRDefault="008F3FF2" w:rsidP="008F3FF2">
            <w:pPr>
              <w:rPr>
                <w:rFonts w:asciiTheme="majorHAnsi" w:hAnsiTheme="majorHAnsi" w:cstheme="majorHAnsi"/>
              </w:rPr>
            </w:pPr>
            <w:r w:rsidRPr="00411DE8">
              <w:rPr>
                <w:rFonts w:asciiTheme="majorHAnsi" w:hAnsiTheme="majorHAnsi" w:cstheme="majorHAnsi"/>
              </w:rPr>
              <w:t xml:space="preserve">Data de </w:t>
            </w:r>
            <w:proofErr w:type="spellStart"/>
            <w:r w:rsidRPr="00411DE8">
              <w:rPr>
                <w:rFonts w:asciiTheme="majorHAnsi" w:hAnsiTheme="majorHAnsi" w:cstheme="majorHAnsi"/>
              </w:rPr>
              <w:t>término</w:t>
            </w:r>
            <w:proofErr w:type="spellEnd"/>
            <w:r w:rsidRPr="00411DE8">
              <w:rPr>
                <w:rFonts w:asciiTheme="majorHAnsi" w:hAnsiTheme="majorHAnsi" w:cstheme="majorHAnsi"/>
              </w:rPr>
              <w:t>:</w:t>
            </w:r>
          </w:p>
        </w:tc>
        <w:tc>
          <w:tcPr>
            <w:tcW w:w="4678" w:type="dxa"/>
          </w:tcPr>
          <w:p w14:paraId="5758A75F" w14:textId="2BA7B281" w:rsidR="008F3FF2" w:rsidRPr="00411DE8" w:rsidRDefault="008F3FF2" w:rsidP="008F3FF2">
            <w:pPr>
              <w:rPr>
                <w:rFonts w:asciiTheme="majorHAnsi" w:hAnsiTheme="majorHAnsi" w:cstheme="majorHAnsi"/>
              </w:rPr>
            </w:pPr>
            <w:r w:rsidRPr="00411DE8">
              <w:rPr>
                <w:rFonts w:asciiTheme="majorHAnsi" w:hAnsiTheme="majorHAnsi" w:cstheme="majorHAnsi"/>
                <w:lang w:val="pt-BR"/>
              </w:rPr>
              <w:t>____/____/____</w:t>
            </w:r>
          </w:p>
        </w:tc>
      </w:tr>
    </w:tbl>
    <w:p w14:paraId="4585B2F3" w14:textId="77777777" w:rsidR="00117E46" w:rsidRPr="00411DE8" w:rsidRDefault="00117E46" w:rsidP="002D7260">
      <w:pPr>
        <w:spacing w:after="0" w:line="240" w:lineRule="auto"/>
        <w:rPr>
          <w:rFonts w:asciiTheme="majorHAnsi" w:hAnsiTheme="majorHAnsi" w:cstheme="majorHAnsi"/>
        </w:rPr>
      </w:pPr>
    </w:p>
    <w:p w14:paraId="35AAA993" w14:textId="103A4604" w:rsidR="00E04180" w:rsidRPr="00411DE8" w:rsidRDefault="00E25081" w:rsidP="002D7260">
      <w:pPr>
        <w:pStyle w:val="Ttulo2"/>
        <w:spacing w:before="0" w:line="240" w:lineRule="auto"/>
        <w:rPr>
          <w:rFonts w:cstheme="majorHAnsi"/>
          <w:sz w:val="22"/>
          <w:szCs w:val="22"/>
          <w:lang w:val="pt-BR"/>
        </w:rPr>
      </w:pPr>
      <w:r w:rsidRPr="00411DE8">
        <w:rPr>
          <w:rFonts w:cstheme="majorHAnsi"/>
          <w:sz w:val="22"/>
          <w:szCs w:val="22"/>
          <w:lang w:val="pt-BR"/>
        </w:rPr>
        <w:t>3. ESCOPO E OBJETIVOS DO SERVIÇO</w:t>
      </w:r>
    </w:p>
    <w:tbl>
      <w:tblPr>
        <w:tblStyle w:val="Tabelacomgrade"/>
        <w:tblW w:w="0" w:type="auto"/>
        <w:tblInd w:w="108" w:type="dxa"/>
        <w:tblLook w:val="04A0" w:firstRow="1" w:lastRow="0" w:firstColumn="1" w:lastColumn="0" w:noHBand="0" w:noVBand="1"/>
      </w:tblPr>
      <w:tblGrid>
        <w:gridCol w:w="9356"/>
      </w:tblGrid>
      <w:tr w:rsidR="00BC727D" w:rsidRPr="00411DE8" w14:paraId="099AFE2D" w14:textId="77777777" w:rsidTr="00D95237">
        <w:tc>
          <w:tcPr>
            <w:tcW w:w="9356" w:type="dxa"/>
          </w:tcPr>
          <w:p w14:paraId="05FDDA5F" w14:textId="77777777" w:rsidR="00BC727D" w:rsidRPr="00411DE8" w:rsidRDefault="00BC727D" w:rsidP="00653C58">
            <w:pPr>
              <w:rPr>
                <w:rFonts w:asciiTheme="majorHAnsi" w:hAnsiTheme="majorHAnsi" w:cstheme="majorHAnsi"/>
              </w:rPr>
            </w:pPr>
          </w:p>
          <w:p w14:paraId="7EF4A813" w14:textId="77777777" w:rsidR="009A7215" w:rsidRPr="00411DE8" w:rsidRDefault="009A7215" w:rsidP="00653C58">
            <w:pPr>
              <w:rPr>
                <w:rFonts w:asciiTheme="majorHAnsi" w:hAnsiTheme="majorHAnsi" w:cstheme="majorHAnsi"/>
              </w:rPr>
            </w:pPr>
          </w:p>
          <w:p w14:paraId="7E1F15F9" w14:textId="21A2986D" w:rsidR="009A7215" w:rsidRPr="00411DE8" w:rsidRDefault="009A7215" w:rsidP="00653C58">
            <w:pPr>
              <w:rPr>
                <w:rFonts w:asciiTheme="majorHAnsi" w:hAnsiTheme="majorHAnsi" w:cstheme="majorHAnsi"/>
              </w:rPr>
            </w:pPr>
          </w:p>
        </w:tc>
      </w:tr>
      <w:tr w:rsidR="00FA4BD3" w:rsidRPr="00411DE8" w14:paraId="30A0218C" w14:textId="77777777" w:rsidTr="00BB17A4">
        <w:tc>
          <w:tcPr>
            <w:tcW w:w="9356" w:type="dxa"/>
          </w:tcPr>
          <w:p w14:paraId="00030EAD" w14:textId="77777777" w:rsidR="00FA4BD3" w:rsidRPr="00411DE8" w:rsidRDefault="00FA4BD3" w:rsidP="00FA4BD3">
            <w:pPr>
              <w:jc w:val="both"/>
              <w:rPr>
                <w:rFonts w:asciiTheme="majorHAnsi" w:hAnsiTheme="majorHAnsi" w:cstheme="majorHAnsi"/>
                <w:color w:val="FF0000"/>
                <w:lang w:val="pt-BR"/>
              </w:rPr>
            </w:pPr>
            <w:r w:rsidRPr="00411DE8">
              <w:rPr>
                <w:rFonts w:asciiTheme="majorHAnsi" w:hAnsiTheme="majorHAnsi" w:cstheme="majorHAnsi"/>
                <w:color w:val="FF0000"/>
                <w:lang w:val="pt-BR"/>
              </w:rPr>
              <w:t>Descrever de forma clara e completa o serviço a ser executado (ex.: reforma elétrica, substituição de quadros, passagem de tubulações hidrossanitárias, reparo civil, pintura de fachadas, etc.), incluindo limites de fornecimento, padrão de acabamento, normas técnicas aplicáveis (ABNT NBR 5410, 14039, 5626, 8160, 6493, 13245, entre outras) e resultados esperados.</w:t>
            </w:r>
          </w:p>
          <w:p w14:paraId="4EF1E30C" w14:textId="360CFCA1" w:rsidR="00FA4BD3" w:rsidRPr="00411DE8" w:rsidRDefault="00FA4BD3" w:rsidP="00653C58">
            <w:pPr>
              <w:rPr>
                <w:rFonts w:asciiTheme="majorHAnsi" w:hAnsiTheme="majorHAnsi" w:cstheme="majorHAnsi"/>
                <w:color w:val="FF0000"/>
                <w:lang w:val="pt-BR"/>
              </w:rPr>
            </w:pPr>
          </w:p>
        </w:tc>
      </w:tr>
    </w:tbl>
    <w:p w14:paraId="6909E266" w14:textId="77777777" w:rsidR="005D1AFD" w:rsidRPr="00411DE8" w:rsidRDefault="005D1AFD" w:rsidP="002D7260">
      <w:pPr>
        <w:spacing w:after="0" w:line="240" w:lineRule="auto"/>
        <w:rPr>
          <w:rFonts w:asciiTheme="majorHAnsi" w:hAnsiTheme="majorHAnsi" w:cstheme="majorHAnsi"/>
          <w:lang w:val="pt-BR"/>
        </w:rPr>
      </w:pPr>
    </w:p>
    <w:p w14:paraId="469F7914" w14:textId="66854514" w:rsidR="00E04180" w:rsidRPr="00411DE8" w:rsidRDefault="00E25081" w:rsidP="002D7260">
      <w:pPr>
        <w:pStyle w:val="Ttulo2"/>
        <w:spacing w:before="0" w:line="240" w:lineRule="auto"/>
        <w:rPr>
          <w:rFonts w:cstheme="majorHAnsi"/>
          <w:sz w:val="22"/>
          <w:szCs w:val="22"/>
          <w:lang w:val="pt-BR"/>
        </w:rPr>
      </w:pPr>
      <w:r w:rsidRPr="00411DE8">
        <w:rPr>
          <w:rFonts w:cstheme="majorHAnsi"/>
          <w:sz w:val="22"/>
          <w:szCs w:val="22"/>
          <w:lang w:val="pt-BR"/>
        </w:rPr>
        <w:t>4. CONDIÇÕES DE SEGURANÇA E PROCEDIMENTOS</w:t>
      </w:r>
    </w:p>
    <w:p w14:paraId="2EFF81E5" w14:textId="77777777" w:rsidR="00E25081" w:rsidRPr="00411DE8" w:rsidRDefault="00411DE8" w:rsidP="002D7260">
      <w:pPr>
        <w:spacing w:after="0" w:line="240" w:lineRule="auto"/>
        <w:rPr>
          <w:rFonts w:asciiTheme="majorHAnsi" w:hAnsiTheme="majorHAnsi" w:cstheme="majorHAnsi"/>
          <w:lang w:val="pt-BR"/>
        </w:rPr>
      </w:pPr>
      <w:r w:rsidRPr="00411DE8">
        <w:rPr>
          <w:rFonts w:asciiTheme="majorHAnsi" w:hAnsiTheme="majorHAnsi" w:cstheme="majorHAnsi"/>
          <w:lang w:val="pt-BR"/>
        </w:rPr>
        <w:t xml:space="preserve">• NR-10: Medidas de controle, desenergização, bloqueio/etiquetagem, teste de ausência de tensão, </w:t>
      </w:r>
      <w:r w:rsidRPr="00411DE8">
        <w:rPr>
          <w:rFonts w:asciiTheme="majorHAnsi" w:hAnsiTheme="majorHAnsi" w:cstheme="majorHAnsi"/>
          <w:lang w:val="pt-BR"/>
        </w:rPr>
        <w:t>aterramento temporário, zona controlada e livre, distância de segurança;</w:t>
      </w:r>
      <w:r w:rsidRPr="00411DE8">
        <w:rPr>
          <w:rFonts w:asciiTheme="majorHAnsi" w:hAnsiTheme="majorHAnsi" w:cstheme="majorHAnsi"/>
          <w:lang w:val="pt-BR"/>
        </w:rPr>
        <w:br/>
        <w:t>• NR-18: Organização de canteiro, escadas, andaimes, proteção de aberturas, ordem e limpeza;</w:t>
      </w:r>
      <w:r w:rsidRPr="00411DE8">
        <w:rPr>
          <w:rFonts w:asciiTheme="majorHAnsi" w:hAnsiTheme="majorHAnsi" w:cstheme="majorHAnsi"/>
          <w:lang w:val="pt-BR"/>
        </w:rPr>
        <w:br/>
        <w:t>• NR-35: Ancoragem, linha de vida, acesso, resgate, autorização para trabalho em altura;</w:t>
      </w:r>
      <w:r w:rsidRPr="00411DE8">
        <w:rPr>
          <w:rFonts w:asciiTheme="majorHAnsi" w:hAnsiTheme="majorHAnsi" w:cstheme="majorHAnsi"/>
          <w:lang w:val="pt-BR"/>
        </w:rPr>
        <w:br/>
        <w:t>• Sinalização: isolamento da área, placas, fita zebrada;</w:t>
      </w:r>
      <w:r w:rsidRPr="00411DE8">
        <w:rPr>
          <w:rFonts w:asciiTheme="majorHAnsi" w:hAnsiTheme="majorHAnsi" w:cstheme="majorHAnsi"/>
          <w:lang w:val="pt-BR"/>
        </w:rPr>
        <w:br/>
        <w:t>• Licenças: autorização de acesso fora do horário, desligamentos programados;</w:t>
      </w:r>
    </w:p>
    <w:p w14:paraId="12DF5481" w14:textId="3E54294E" w:rsidR="00E25081" w:rsidRPr="00411DE8" w:rsidRDefault="00E25081" w:rsidP="002D7260">
      <w:pPr>
        <w:spacing w:after="0" w:line="240" w:lineRule="auto"/>
        <w:rPr>
          <w:rFonts w:asciiTheme="majorHAnsi" w:hAnsiTheme="majorHAnsi" w:cstheme="majorHAnsi"/>
          <w:lang w:val="pt-BR"/>
        </w:rPr>
      </w:pPr>
      <w:r w:rsidRPr="00411DE8">
        <w:rPr>
          <w:rFonts w:asciiTheme="majorHAnsi" w:hAnsiTheme="majorHAnsi" w:cstheme="majorHAnsi"/>
          <w:lang w:val="pt-BR"/>
        </w:rPr>
        <w:t xml:space="preserve">• Orienta-se a elaboração de </w:t>
      </w:r>
      <w:proofErr w:type="spellStart"/>
      <w:r w:rsidRPr="00411DE8">
        <w:rPr>
          <w:rFonts w:asciiTheme="majorHAnsi" w:hAnsiTheme="majorHAnsi" w:cstheme="majorHAnsi"/>
          <w:lang w:val="pt-BR"/>
        </w:rPr>
        <w:t>Analise</w:t>
      </w:r>
      <w:proofErr w:type="spellEnd"/>
      <w:r w:rsidRPr="00411DE8">
        <w:rPr>
          <w:rFonts w:asciiTheme="majorHAnsi" w:hAnsiTheme="majorHAnsi" w:cstheme="majorHAnsi"/>
          <w:lang w:val="pt-BR"/>
        </w:rPr>
        <w:t xml:space="preserve"> Preliminar de Riscos (APR) antes do início das atividades.</w:t>
      </w:r>
    </w:p>
    <w:p w14:paraId="6EF4D48C" w14:textId="1F58DC13" w:rsidR="00E04180" w:rsidRPr="00411DE8" w:rsidRDefault="00411DE8" w:rsidP="002D7260">
      <w:pPr>
        <w:spacing w:after="0" w:line="240" w:lineRule="auto"/>
        <w:rPr>
          <w:rFonts w:asciiTheme="majorHAnsi" w:hAnsiTheme="majorHAnsi" w:cstheme="majorHAnsi"/>
          <w:lang w:val="pt-BR"/>
        </w:rPr>
      </w:pPr>
      <w:r w:rsidRPr="00411DE8">
        <w:rPr>
          <w:rFonts w:asciiTheme="majorHAnsi" w:hAnsiTheme="majorHAnsi" w:cstheme="majorHAnsi"/>
          <w:lang w:val="pt-BR"/>
        </w:rPr>
        <w:br/>
      </w:r>
    </w:p>
    <w:p w14:paraId="32C0750D" w14:textId="045523AA" w:rsidR="00E04180" w:rsidRPr="00411DE8" w:rsidRDefault="00E25081" w:rsidP="002D7260">
      <w:pPr>
        <w:pStyle w:val="Ttulo2"/>
        <w:spacing w:before="0" w:line="240" w:lineRule="auto"/>
        <w:rPr>
          <w:rFonts w:cstheme="majorHAnsi"/>
          <w:sz w:val="22"/>
          <w:szCs w:val="22"/>
          <w:lang w:val="pt-BR"/>
        </w:rPr>
      </w:pPr>
      <w:r w:rsidRPr="00411DE8">
        <w:rPr>
          <w:rFonts w:cstheme="majorHAnsi"/>
          <w:sz w:val="22"/>
          <w:szCs w:val="22"/>
          <w:lang w:val="pt-BR"/>
        </w:rPr>
        <w:lastRenderedPageBreak/>
        <w:t>5. ENTREGÁVEIS E REGISTROS</w:t>
      </w:r>
    </w:p>
    <w:p w14:paraId="202007A8" w14:textId="77777777" w:rsidR="002C5833" w:rsidRPr="00411DE8" w:rsidRDefault="00411DE8" w:rsidP="002D7260">
      <w:pPr>
        <w:spacing w:after="0" w:line="240" w:lineRule="auto"/>
        <w:rPr>
          <w:rFonts w:asciiTheme="majorHAnsi" w:hAnsiTheme="majorHAnsi" w:cstheme="majorHAnsi"/>
          <w:lang w:val="pt-BR"/>
        </w:rPr>
      </w:pPr>
      <w:r w:rsidRPr="00411DE8">
        <w:rPr>
          <w:rFonts w:asciiTheme="majorHAnsi" w:hAnsiTheme="majorHAnsi" w:cstheme="majorHAnsi"/>
          <w:lang w:val="pt-BR"/>
        </w:rPr>
        <w:t>• Fotos antes/durante/depois;</w:t>
      </w:r>
    </w:p>
    <w:p w14:paraId="76AB57A6" w14:textId="2C4FA0FB" w:rsidR="002C5833" w:rsidRPr="00411DE8" w:rsidRDefault="00411DE8" w:rsidP="002D7260">
      <w:pPr>
        <w:spacing w:after="0" w:line="240" w:lineRule="auto"/>
        <w:rPr>
          <w:rFonts w:asciiTheme="majorHAnsi" w:hAnsiTheme="majorHAnsi" w:cstheme="majorHAnsi"/>
          <w:lang w:val="pt-BR"/>
        </w:rPr>
      </w:pPr>
      <w:r w:rsidRPr="00411DE8">
        <w:rPr>
          <w:rFonts w:asciiTheme="majorHAnsi" w:hAnsiTheme="majorHAnsi" w:cstheme="majorHAnsi"/>
          <w:lang w:val="pt-BR"/>
        </w:rPr>
        <w:t>• Notas fiscais;</w:t>
      </w:r>
    </w:p>
    <w:p w14:paraId="08DE78BB" w14:textId="77777777" w:rsidR="002C5833" w:rsidRPr="00411DE8" w:rsidRDefault="00411DE8" w:rsidP="002D7260">
      <w:pPr>
        <w:spacing w:after="0" w:line="240" w:lineRule="auto"/>
        <w:rPr>
          <w:rFonts w:asciiTheme="majorHAnsi" w:hAnsiTheme="majorHAnsi" w:cstheme="majorHAnsi"/>
          <w:lang w:val="pt-BR"/>
        </w:rPr>
      </w:pPr>
      <w:r w:rsidRPr="00411DE8">
        <w:rPr>
          <w:rFonts w:asciiTheme="majorHAnsi" w:hAnsiTheme="majorHAnsi" w:cstheme="majorHAnsi"/>
          <w:lang w:val="pt-BR"/>
        </w:rPr>
        <w:t>• ART/RRT;</w:t>
      </w:r>
    </w:p>
    <w:p w14:paraId="1C57465F" w14:textId="1B1632FF" w:rsidR="00E04180" w:rsidRPr="00411DE8" w:rsidRDefault="00411DE8" w:rsidP="002D7260">
      <w:pPr>
        <w:spacing w:after="0" w:line="240" w:lineRule="auto"/>
        <w:rPr>
          <w:rFonts w:asciiTheme="majorHAnsi" w:hAnsiTheme="majorHAnsi" w:cstheme="majorHAnsi"/>
          <w:lang w:val="pt-BR"/>
        </w:rPr>
      </w:pPr>
      <w:r w:rsidRPr="00411DE8">
        <w:rPr>
          <w:rFonts w:asciiTheme="majorHAnsi" w:hAnsiTheme="majorHAnsi" w:cstheme="majorHAnsi"/>
          <w:lang w:val="pt-BR"/>
        </w:rPr>
        <w:t>• Termo de recebimento;</w:t>
      </w:r>
    </w:p>
    <w:p w14:paraId="04BA11DC" w14:textId="77777777" w:rsidR="003E17AF" w:rsidRPr="00411DE8" w:rsidRDefault="003E17AF" w:rsidP="002D7260">
      <w:pPr>
        <w:spacing w:after="0" w:line="240" w:lineRule="auto"/>
        <w:rPr>
          <w:rFonts w:asciiTheme="majorHAnsi" w:hAnsiTheme="majorHAnsi" w:cstheme="majorHAnsi"/>
          <w:lang w:val="pt-BR"/>
        </w:rPr>
      </w:pPr>
    </w:p>
    <w:p w14:paraId="02F392AD" w14:textId="77777777" w:rsidR="003E17AF" w:rsidRPr="00411DE8" w:rsidRDefault="003E17AF" w:rsidP="002D7260">
      <w:pPr>
        <w:spacing w:after="0" w:line="240" w:lineRule="auto"/>
        <w:rPr>
          <w:rFonts w:asciiTheme="majorHAnsi" w:hAnsiTheme="majorHAnsi" w:cstheme="majorHAnsi"/>
          <w:lang w:val="pt-BR"/>
        </w:rPr>
      </w:pPr>
    </w:p>
    <w:p w14:paraId="5B336B66" w14:textId="3C302DC6" w:rsidR="00E04180" w:rsidRPr="00411DE8" w:rsidRDefault="00E25081" w:rsidP="002D7260">
      <w:pPr>
        <w:pStyle w:val="Ttulo2"/>
        <w:spacing w:before="0" w:line="240" w:lineRule="auto"/>
        <w:rPr>
          <w:rFonts w:cstheme="majorHAnsi"/>
          <w:sz w:val="22"/>
          <w:szCs w:val="22"/>
          <w:lang w:val="pt-BR"/>
        </w:rPr>
      </w:pPr>
      <w:r w:rsidRPr="00411DE8">
        <w:rPr>
          <w:rFonts w:cstheme="majorHAnsi"/>
          <w:sz w:val="22"/>
          <w:szCs w:val="22"/>
          <w:lang w:val="pt-BR"/>
        </w:rPr>
        <w:t>6. ASSINATURAS E AUTORIZAÇÕES</w:t>
      </w:r>
    </w:p>
    <w:p w14:paraId="5EAC0D6E" w14:textId="77777777" w:rsidR="00E04180" w:rsidRPr="00411DE8" w:rsidRDefault="00411DE8" w:rsidP="002C5833">
      <w:pPr>
        <w:spacing w:before="240" w:after="0" w:line="240" w:lineRule="auto"/>
        <w:rPr>
          <w:rFonts w:asciiTheme="majorHAnsi" w:hAnsiTheme="majorHAnsi" w:cstheme="majorHAnsi"/>
          <w:lang w:val="pt-BR"/>
        </w:rPr>
      </w:pPr>
      <w:r w:rsidRPr="00411DE8">
        <w:rPr>
          <w:rFonts w:asciiTheme="majorHAnsi" w:hAnsiTheme="majorHAnsi" w:cstheme="majorHAnsi"/>
          <w:lang w:val="pt-BR"/>
        </w:rPr>
        <w:t>Responsável pela unidade: ___________________________________</w:t>
      </w:r>
      <w:proofErr w:type="gramStart"/>
      <w:r w:rsidRPr="00411DE8">
        <w:rPr>
          <w:rFonts w:asciiTheme="majorHAnsi" w:hAnsiTheme="majorHAnsi" w:cstheme="majorHAnsi"/>
          <w:lang w:val="pt-BR"/>
        </w:rPr>
        <w:t>_  Data</w:t>
      </w:r>
      <w:proofErr w:type="gramEnd"/>
      <w:r w:rsidRPr="00411DE8">
        <w:rPr>
          <w:rFonts w:asciiTheme="majorHAnsi" w:hAnsiTheme="majorHAnsi" w:cstheme="majorHAnsi"/>
          <w:lang w:val="pt-BR"/>
        </w:rPr>
        <w:t>: ___/___/______</w:t>
      </w:r>
    </w:p>
    <w:p w14:paraId="098C2BF3" w14:textId="77777777" w:rsidR="00E04180" w:rsidRPr="00411DE8" w:rsidRDefault="00411DE8" w:rsidP="002C5833">
      <w:pPr>
        <w:spacing w:before="240" w:after="0" w:line="240" w:lineRule="auto"/>
        <w:rPr>
          <w:rFonts w:asciiTheme="majorHAnsi" w:hAnsiTheme="majorHAnsi" w:cstheme="majorHAnsi"/>
          <w:lang w:val="pt-BR"/>
        </w:rPr>
      </w:pPr>
      <w:r w:rsidRPr="00411DE8">
        <w:rPr>
          <w:rFonts w:asciiTheme="majorHAnsi" w:hAnsiTheme="majorHAnsi" w:cstheme="majorHAnsi"/>
          <w:lang w:val="pt-BR"/>
        </w:rPr>
        <w:t xml:space="preserve">Responsável técnico (empresa): </w:t>
      </w:r>
      <w:r w:rsidRPr="00411DE8">
        <w:rPr>
          <w:rFonts w:asciiTheme="majorHAnsi" w:hAnsiTheme="majorHAnsi" w:cstheme="majorHAnsi"/>
          <w:lang w:val="pt-BR"/>
        </w:rPr>
        <w:t>_______________________________</w:t>
      </w:r>
      <w:proofErr w:type="gramStart"/>
      <w:r w:rsidRPr="00411DE8">
        <w:rPr>
          <w:rFonts w:asciiTheme="majorHAnsi" w:hAnsiTheme="majorHAnsi" w:cstheme="majorHAnsi"/>
          <w:lang w:val="pt-BR"/>
        </w:rPr>
        <w:t>_  Data</w:t>
      </w:r>
      <w:proofErr w:type="gramEnd"/>
      <w:r w:rsidRPr="00411DE8">
        <w:rPr>
          <w:rFonts w:asciiTheme="majorHAnsi" w:hAnsiTheme="majorHAnsi" w:cstheme="majorHAnsi"/>
          <w:lang w:val="pt-BR"/>
        </w:rPr>
        <w:t>: ___/___/______</w:t>
      </w:r>
    </w:p>
    <w:sectPr w:rsidR="00E04180" w:rsidRPr="00411DE8" w:rsidSect="00093C78">
      <w:footerReference w:type="default" r:id="rId8"/>
      <w:pgSz w:w="12240" w:h="15840"/>
      <w:pgMar w:top="993"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BF4148" w14:textId="77777777" w:rsidR="003C612B" w:rsidRDefault="003C612B" w:rsidP="00B16295">
      <w:pPr>
        <w:spacing w:after="0" w:line="240" w:lineRule="auto"/>
      </w:pPr>
      <w:r>
        <w:separator/>
      </w:r>
    </w:p>
  </w:endnote>
  <w:endnote w:type="continuationSeparator" w:id="0">
    <w:p w14:paraId="32D2A57B" w14:textId="77777777" w:rsidR="003C612B" w:rsidRDefault="003C612B" w:rsidP="00B162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D0412" w14:textId="4DDC449C" w:rsidR="00B16295" w:rsidRPr="006349BC" w:rsidRDefault="00B16295" w:rsidP="006349BC">
    <w:pPr>
      <w:pStyle w:val="Rodap"/>
      <w:jc w:val="right"/>
      <w:rPr>
        <w:rFonts w:ascii="Calibri" w:hAnsi="Calibri" w:cs="Calibri"/>
        <w:sz w:val="16"/>
        <w:szCs w:val="16"/>
      </w:rPr>
    </w:pPr>
    <w:r w:rsidRPr="006349BC">
      <w:rPr>
        <w:rFonts w:ascii="Calibri" w:hAnsi="Calibri" w:cs="Calibri"/>
        <w:sz w:val="16"/>
        <w:szCs w:val="16"/>
      </w:rPr>
      <w:fldChar w:fldCharType="begin"/>
    </w:r>
    <w:r w:rsidRPr="006349BC">
      <w:rPr>
        <w:rFonts w:ascii="Calibri" w:hAnsi="Calibri" w:cs="Calibri"/>
        <w:sz w:val="16"/>
        <w:szCs w:val="16"/>
      </w:rPr>
      <w:instrText xml:space="preserve"> PAGE   \* MERGEFORMAT </w:instrText>
    </w:r>
    <w:r w:rsidRPr="006349BC">
      <w:rPr>
        <w:rFonts w:ascii="Calibri" w:hAnsi="Calibri" w:cs="Calibri"/>
        <w:sz w:val="16"/>
        <w:szCs w:val="16"/>
      </w:rPr>
      <w:fldChar w:fldCharType="separate"/>
    </w:r>
    <w:r w:rsidRPr="006349BC">
      <w:rPr>
        <w:rFonts w:ascii="Calibri" w:hAnsi="Calibri" w:cs="Calibri"/>
        <w:noProof/>
        <w:sz w:val="16"/>
        <w:szCs w:val="16"/>
      </w:rPr>
      <w:t>3</w:t>
    </w:r>
    <w:r w:rsidRPr="006349BC">
      <w:rPr>
        <w:rFonts w:ascii="Calibri" w:hAnsi="Calibri" w:cs="Calibri"/>
        <w:sz w:val="16"/>
        <w:szCs w:val="16"/>
      </w:rPr>
      <w:fldChar w:fldCharType="end"/>
    </w:r>
    <w:r w:rsidR="006349BC" w:rsidRPr="006349BC">
      <w:rPr>
        <w:rFonts w:ascii="Calibri" w:hAnsi="Calibri" w:cs="Calibri"/>
        <w:sz w:val="16"/>
        <w:szCs w:val="16"/>
      </w:rPr>
      <w:t xml:space="preserve"> / </w:t>
    </w:r>
    <w:r w:rsidR="006349BC" w:rsidRPr="006349BC">
      <w:rPr>
        <w:rFonts w:ascii="Calibri" w:hAnsi="Calibri" w:cs="Calibri"/>
        <w:sz w:val="16"/>
        <w:szCs w:val="16"/>
      </w:rPr>
      <w:fldChar w:fldCharType="begin"/>
    </w:r>
    <w:r w:rsidR="006349BC" w:rsidRPr="006349BC">
      <w:rPr>
        <w:rFonts w:ascii="Calibri" w:hAnsi="Calibri" w:cs="Calibri"/>
        <w:sz w:val="16"/>
        <w:szCs w:val="16"/>
      </w:rPr>
      <w:instrText xml:space="preserve"> NUMPAGES   \* MERGEFORMAT </w:instrText>
    </w:r>
    <w:r w:rsidR="006349BC" w:rsidRPr="006349BC">
      <w:rPr>
        <w:rFonts w:ascii="Calibri" w:hAnsi="Calibri" w:cs="Calibri"/>
        <w:sz w:val="16"/>
        <w:szCs w:val="16"/>
      </w:rPr>
      <w:fldChar w:fldCharType="separate"/>
    </w:r>
    <w:r w:rsidR="006349BC" w:rsidRPr="006349BC">
      <w:rPr>
        <w:rFonts w:ascii="Calibri" w:hAnsi="Calibri" w:cs="Calibri"/>
        <w:noProof/>
        <w:sz w:val="16"/>
        <w:szCs w:val="16"/>
      </w:rPr>
      <w:t>3</w:t>
    </w:r>
    <w:r w:rsidR="006349BC" w:rsidRPr="006349BC">
      <w:rPr>
        <w:rFonts w:ascii="Calibri" w:hAnsi="Calibri" w:cs="Calibr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C125A2" w14:textId="77777777" w:rsidR="003C612B" w:rsidRDefault="003C612B" w:rsidP="00B16295">
      <w:pPr>
        <w:spacing w:after="0" w:line="240" w:lineRule="auto"/>
      </w:pPr>
      <w:r>
        <w:separator/>
      </w:r>
    </w:p>
  </w:footnote>
  <w:footnote w:type="continuationSeparator" w:id="0">
    <w:p w14:paraId="6DFB7B59" w14:textId="77777777" w:rsidR="003C612B" w:rsidRDefault="003C612B" w:rsidP="00B162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erad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erad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Commarcador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Commarcador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erad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Commarcadores"/>
      <w:lvlText w:val=""/>
      <w:lvlJc w:val="left"/>
      <w:pPr>
        <w:tabs>
          <w:tab w:val="num" w:pos="360"/>
        </w:tabs>
        <w:ind w:left="360" w:hanging="360"/>
      </w:pPr>
      <w:rPr>
        <w:rFonts w:ascii="Symbol" w:hAnsi="Symbol" w:hint="default"/>
      </w:rPr>
    </w:lvl>
  </w:abstractNum>
  <w:num w:numId="1" w16cid:durableId="387263127">
    <w:abstractNumId w:val="8"/>
  </w:num>
  <w:num w:numId="2" w16cid:durableId="1420834851">
    <w:abstractNumId w:val="6"/>
  </w:num>
  <w:num w:numId="3" w16cid:durableId="1328090073">
    <w:abstractNumId w:val="5"/>
  </w:num>
  <w:num w:numId="4" w16cid:durableId="1309162577">
    <w:abstractNumId w:val="4"/>
  </w:num>
  <w:num w:numId="5" w16cid:durableId="522791978">
    <w:abstractNumId w:val="7"/>
  </w:num>
  <w:num w:numId="6" w16cid:durableId="226959158">
    <w:abstractNumId w:val="3"/>
  </w:num>
  <w:num w:numId="7" w16cid:durableId="1178731150">
    <w:abstractNumId w:val="2"/>
  </w:num>
  <w:num w:numId="8" w16cid:durableId="599751949">
    <w:abstractNumId w:val="1"/>
  </w:num>
  <w:num w:numId="9" w16cid:durableId="33679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63735"/>
    <w:rsid w:val="000716EE"/>
    <w:rsid w:val="00093C78"/>
    <w:rsid w:val="00117E46"/>
    <w:rsid w:val="0015074B"/>
    <w:rsid w:val="00157C03"/>
    <w:rsid w:val="00190DE7"/>
    <w:rsid w:val="0024614A"/>
    <w:rsid w:val="0029639D"/>
    <w:rsid w:val="002C5833"/>
    <w:rsid w:val="002D2216"/>
    <w:rsid w:val="002D557B"/>
    <w:rsid w:val="002D7260"/>
    <w:rsid w:val="00323100"/>
    <w:rsid w:val="00326F90"/>
    <w:rsid w:val="003877A0"/>
    <w:rsid w:val="00390A68"/>
    <w:rsid w:val="003C612B"/>
    <w:rsid w:val="003E17AF"/>
    <w:rsid w:val="00411DE8"/>
    <w:rsid w:val="00430757"/>
    <w:rsid w:val="00436527"/>
    <w:rsid w:val="004F3F7A"/>
    <w:rsid w:val="0054593F"/>
    <w:rsid w:val="00546BAE"/>
    <w:rsid w:val="00575C8E"/>
    <w:rsid w:val="005D1AFD"/>
    <w:rsid w:val="006028BB"/>
    <w:rsid w:val="00626B02"/>
    <w:rsid w:val="006349BC"/>
    <w:rsid w:val="00645BFB"/>
    <w:rsid w:val="006B3F09"/>
    <w:rsid w:val="006C6CAD"/>
    <w:rsid w:val="008A24FD"/>
    <w:rsid w:val="008F3FF2"/>
    <w:rsid w:val="008F7A74"/>
    <w:rsid w:val="0090314A"/>
    <w:rsid w:val="00961B10"/>
    <w:rsid w:val="009946A0"/>
    <w:rsid w:val="009A7215"/>
    <w:rsid w:val="00AA1D8D"/>
    <w:rsid w:val="00AA4366"/>
    <w:rsid w:val="00B16295"/>
    <w:rsid w:val="00B47730"/>
    <w:rsid w:val="00B724CA"/>
    <w:rsid w:val="00B962D8"/>
    <w:rsid w:val="00BC727D"/>
    <w:rsid w:val="00BF6EED"/>
    <w:rsid w:val="00CB0664"/>
    <w:rsid w:val="00CB12D0"/>
    <w:rsid w:val="00CC5F15"/>
    <w:rsid w:val="00CC7D10"/>
    <w:rsid w:val="00DC5163"/>
    <w:rsid w:val="00E0333F"/>
    <w:rsid w:val="00E04180"/>
    <w:rsid w:val="00E25081"/>
    <w:rsid w:val="00F425EF"/>
    <w:rsid w:val="00F45F14"/>
    <w:rsid w:val="00FA4BD3"/>
    <w:rsid w:val="00FC693F"/>
    <w:rsid w:val="17431960"/>
    <w:rsid w:val="2B9447A6"/>
    <w:rsid w:val="2CBFF48B"/>
    <w:rsid w:val="462271E7"/>
    <w:rsid w:val="4A44AF2F"/>
    <w:rsid w:val="5D4E4123"/>
    <w:rsid w:val="62992FC5"/>
    <w:rsid w:val="6EB9577A"/>
    <w:rsid w:val="70BB79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6D62E2FC-B2E9-411B-B03D-5CF1962BF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593F"/>
    <w:rPr>
      <w:rFonts w:ascii="Times New Roman" w:eastAsia="Times New Roman" w:hAnsi="Times New Roman"/>
    </w:rPr>
  </w:style>
  <w:style w:type="paragraph" w:styleId="Ttulo1">
    <w:name w:val="heading 1"/>
    <w:basedOn w:val="Normal"/>
    <w:next w:val="Normal"/>
    <w:link w:val="Ttulo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618BF"/>
    <w:pPr>
      <w:tabs>
        <w:tab w:val="center" w:pos="4680"/>
        <w:tab w:val="right" w:pos="9360"/>
      </w:tabs>
      <w:spacing w:after="0" w:line="240" w:lineRule="auto"/>
    </w:pPr>
  </w:style>
  <w:style w:type="character" w:customStyle="1" w:styleId="CabealhoChar">
    <w:name w:val="Cabeçalho Char"/>
    <w:basedOn w:val="Fontepargpadro"/>
    <w:link w:val="Cabealho"/>
    <w:uiPriority w:val="99"/>
    <w:rsid w:val="00E618BF"/>
  </w:style>
  <w:style w:type="paragraph" w:styleId="Rodap">
    <w:name w:val="footer"/>
    <w:basedOn w:val="Normal"/>
    <w:link w:val="RodapChar"/>
    <w:uiPriority w:val="99"/>
    <w:unhideWhenUsed/>
    <w:rsid w:val="00E618BF"/>
    <w:pPr>
      <w:tabs>
        <w:tab w:val="center" w:pos="4680"/>
        <w:tab w:val="right" w:pos="9360"/>
      </w:tabs>
      <w:spacing w:after="0" w:line="240" w:lineRule="auto"/>
    </w:pPr>
  </w:style>
  <w:style w:type="character" w:customStyle="1" w:styleId="RodapChar">
    <w:name w:val="Rodapé Char"/>
    <w:basedOn w:val="Fontepargpadro"/>
    <w:link w:val="Rodap"/>
    <w:uiPriority w:val="99"/>
    <w:rsid w:val="00E618BF"/>
  </w:style>
  <w:style w:type="paragraph" w:styleId="SemEspaamento">
    <w:name w:val="No Spacing"/>
    <w:uiPriority w:val="1"/>
    <w:qFormat/>
    <w:rsid w:val="00FC693F"/>
    <w:pPr>
      <w:spacing w:after="0" w:line="240" w:lineRule="auto"/>
    </w:pPr>
  </w:style>
  <w:style w:type="character" w:customStyle="1" w:styleId="Ttulo1Char">
    <w:name w:val="Título 1 Char"/>
    <w:basedOn w:val="Fontepargpadro"/>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har">
    <w:name w:val="Subtítulo Char"/>
    <w:basedOn w:val="Fontepargpadro"/>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argrafodaLista">
    <w:name w:val="List Paragraph"/>
    <w:basedOn w:val="Normal"/>
    <w:uiPriority w:val="34"/>
    <w:qFormat/>
    <w:rsid w:val="00FC693F"/>
    <w:pPr>
      <w:ind w:left="720"/>
      <w:contextualSpacing/>
    </w:pPr>
  </w:style>
  <w:style w:type="paragraph" w:styleId="Corpodetexto">
    <w:name w:val="Body Text"/>
    <w:basedOn w:val="Normal"/>
    <w:link w:val="CorpodetextoChar"/>
    <w:uiPriority w:val="99"/>
    <w:unhideWhenUsed/>
    <w:rsid w:val="00AA1D8D"/>
    <w:pPr>
      <w:spacing w:after="120"/>
    </w:pPr>
  </w:style>
  <w:style w:type="character" w:customStyle="1" w:styleId="CorpodetextoChar">
    <w:name w:val="Corpo de texto Char"/>
    <w:basedOn w:val="Fontepargpadro"/>
    <w:link w:val="Corpodetexto"/>
    <w:uiPriority w:val="99"/>
    <w:rsid w:val="00AA1D8D"/>
  </w:style>
  <w:style w:type="paragraph" w:styleId="Corpodetexto2">
    <w:name w:val="Body Text 2"/>
    <w:basedOn w:val="Normal"/>
    <w:link w:val="Corpodetexto2Char"/>
    <w:uiPriority w:val="99"/>
    <w:unhideWhenUsed/>
    <w:rsid w:val="00AA1D8D"/>
    <w:pPr>
      <w:spacing w:after="120" w:line="480" w:lineRule="auto"/>
    </w:pPr>
  </w:style>
  <w:style w:type="character" w:customStyle="1" w:styleId="Corpodetexto2Char">
    <w:name w:val="Corpo de texto 2 Char"/>
    <w:basedOn w:val="Fontepargpadro"/>
    <w:link w:val="Corpodetexto2"/>
    <w:uiPriority w:val="99"/>
    <w:rsid w:val="00AA1D8D"/>
  </w:style>
  <w:style w:type="paragraph" w:styleId="Corpodetexto3">
    <w:name w:val="Body Text 3"/>
    <w:basedOn w:val="Normal"/>
    <w:link w:val="Corpodetexto3Char"/>
    <w:uiPriority w:val="99"/>
    <w:unhideWhenUsed/>
    <w:rsid w:val="00AA1D8D"/>
    <w:pPr>
      <w:spacing w:after="120"/>
    </w:pPr>
    <w:rPr>
      <w:sz w:val="16"/>
      <w:szCs w:val="16"/>
    </w:rPr>
  </w:style>
  <w:style w:type="character" w:customStyle="1" w:styleId="Corpodetexto3Char">
    <w:name w:val="Corpo de texto 3 Char"/>
    <w:basedOn w:val="Fontepargpadro"/>
    <w:link w:val="Corpodetexto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Commarcadores">
    <w:name w:val="List Bullet"/>
    <w:basedOn w:val="Normal"/>
    <w:uiPriority w:val="99"/>
    <w:unhideWhenUsed/>
    <w:rsid w:val="00326F90"/>
    <w:pPr>
      <w:numPr>
        <w:numId w:val="1"/>
      </w:numPr>
      <w:contextualSpacing/>
    </w:pPr>
  </w:style>
  <w:style w:type="paragraph" w:styleId="Commarcadores2">
    <w:name w:val="List Bullet 2"/>
    <w:basedOn w:val="Normal"/>
    <w:uiPriority w:val="99"/>
    <w:unhideWhenUsed/>
    <w:rsid w:val="00326F90"/>
    <w:pPr>
      <w:numPr>
        <w:numId w:val="2"/>
      </w:numPr>
      <w:contextualSpacing/>
    </w:pPr>
  </w:style>
  <w:style w:type="paragraph" w:styleId="Commarcadores3">
    <w:name w:val="List Bullet 3"/>
    <w:basedOn w:val="Normal"/>
    <w:uiPriority w:val="99"/>
    <w:unhideWhenUsed/>
    <w:rsid w:val="00326F90"/>
    <w:pPr>
      <w:numPr>
        <w:numId w:val="3"/>
      </w:numPr>
      <w:contextualSpacing/>
    </w:pPr>
  </w:style>
  <w:style w:type="paragraph" w:styleId="Numerada">
    <w:name w:val="List Number"/>
    <w:basedOn w:val="Normal"/>
    <w:uiPriority w:val="99"/>
    <w:unhideWhenUsed/>
    <w:rsid w:val="00326F90"/>
    <w:pPr>
      <w:numPr>
        <w:numId w:val="5"/>
      </w:numPr>
      <w:contextualSpacing/>
    </w:pPr>
  </w:style>
  <w:style w:type="paragraph" w:styleId="Numerada2">
    <w:name w:val="List Number 2"/>
    <w:basedOn w:val="Normal"/>
    <w:uiPriority w:val="99"/>
    <w:unhideWhenUsed/>
    <w:rsid w:val="0029639D"/>
    <w:pPr>
      <w:numPr>
        <w:numId w:val="6"/>
      </w:numPr>
      <w:contextualSpacing/>
    </w:pPr>
  </w:style>
  <w:style w:type="paragraph" w:styleId="Numerada3">
    <w:name w:val="List Number 3"/>
    <w:basedOn w:val="Normal"/>
    <w:uiPriority w:val="99"/>
    <w:unhideWhenUsed/>
    <w:rsid w:val="0029639D"/>
    <w:pPr>
      <w:numPr>
        <w:numId w:val="7"/>
      </w:numPr>
      <w:contextualSpacing/>
    </w:pPr>
  </w:style>
  <w:style w:type="paragraph" w:styleId="Listadecontinuao">
    <w:name w:val="List Continue"/>
    <w:basedOn w:val="Normal"/>
    <w:uiPriority w:val="99"/>
    <w:unhideWhenUsed/>
    <w:rsid w:val="0029639D"/>
    <w:pPr>
      <w:spacing w:after="120"/>
      <w:ind w:left="360"/>
      <w:contextualSpacing/>
    </w:pPr>
  </w:style>
  <w:style w:type="paragraph" w:styleId="Listadecontinuao2">
    <w:name w:val="List Continue 2"/>
    <w:basedOn w:val="Normal"/>
    <w:uiPriority w:val="99"/>
    <w:unhideWhenUsed/>
    <w:rsid w:val="0029639D"/>
    <w:pPr>
      <w:spacing w:after="120"/>
      <w:ind w:left="720"/>
      <w:contextualSpacing/>
    </w:pPr>
  </w:style>
  <w:style w:type="paragraph" w:styleId="Listadecontinuao3">
    <w:name w:val="List Continue 3"/>
    <w:basedOn w:val="Normal"/>
    <w:uiPriority w:val="99"/>
    <w:unhideWhenUsed/>
    <w:rsid w:val="0029639D"/>
    <w:pPr>
      <w:spacing w:after="120"/>
      <w:ind w:left="1080"/>
      <w:contextualSpacing/>
    </w:pPr>
  </w:style>
  <w:style w:type="paragraph" w:styleId="Textodemacro">
    <w:name w:val="macro"/>
    <w:link w:val="Textodemacro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demacroChar">
    <w:name w:val="Texto de macro Char"/>
    <w:basedOn w:val="Fontepargpadro"/>
    <w:link w:val="Textodemacro"/>
    <w:uiPriority w:val="99"/>
    <w:rsid w:val="0029639D"/>
    <w:rPr>
      <w:rFonts w:ascii="Courier" w:hAnsi="Courier"/>
      <w:sz w:val="20"/>
      <w:szCs w:val="20"/>
    </w:rPr>
  </w:style>
  <w:style w:type="paragraph" w:styleId="Citao">
    <w:name w:val="Quote"/>
    <w:basedOn w:val="Normal"/>
    <w:next w:val="Normal"/>
    <w:link w:val="CitaoChar"/>
    <w:uiPriority w:val="29"/>
    <w:qFormat/>
    <w:rsid w:val="00FC693F"/>
    <w:rPr>
      <w:i/>
      <w:iCs/>
      <w:color w:val="000000" w:themeColor="text1"/>
    </w:rPr>
  </w:style>
  <w:style w:type="character" w:customStyle="1" w:styleId="CitaoChar">
    <w:name w:val="Citação Char"/>
    <w:basedOn w:val="Fontepargpadro"/>
    <w:link w:val="Citao"/>
    <w:uiPriority w:val="29"/>
    <w:rsid w:val="00FC693F"/>
    <w:rPr>
      <w:i/>
      <w:iCs/>
      <w:color w:val="000000" w:themeColor="text1"/>
    </w:rPr>
  </w:style>
  <w:style w:type="character" w:customStyle="1" w:styleId="Ttulo4Char">
    <w:name w:val="Título 4 Char"/>
    <w:basedOn w:val="Fontepargpadro"/>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har">
    <w:name w:val="Título 5 Char"/>
    <w:basedOn w:val="Fontepargpadro"/>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har">
    <w:name w:val="Título 6 Char"/>
    <w:basedOn w:val="Fontepargpadro"/>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har">
    <w:name w:val="Título 7 Char"/>
    <w:basedOn w:val="Fontepargpadro"/>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har">
    <w:name w:val="Título 9 Char"/>
    <w:basedOn w:val="Fontepargpadro"/>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orte">
    <w:name w:val="Strong"/>
    <w:basedOn w:val="Fontepargpadro"/>
    <w:uiPriority w:val="22"/>
    <w:qFormat/>
    <w:rsid w:val="00FC693F"/>
    <w:rPr>
      <w:b/>
      <w:bCs/>
    </w:rPr>
  </w:style>
  <w:style w:type="character" w:styleId="nfase">
    <w:name w:val="Emphasis"/>
    <w:basedOn w:val="Fontepargpadro"/>
    <w:uiPriority w:val="20"/>
    <w:qFormat/>
    <w:rsid w:val="00FC693F"/>
    <w:rPr>
      <w:i/>
      <w:iCs/>
    </w:rPr>
  </w:style>
  <w:style w:type="paragraph" w:styleId="CitaoIntensa">
    <w:name w:val="Intense Quote"/>
    <w:basedOn w:val="Normal"/>
    <w:next w:val="Normal"/>
    <w:link w:val="CitaoIntensa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oIntensaChar">
    <w:name w:val="Citação Intensa Char"/>
    <w:basedOn w:val="Fontepargpadro"/>
    <w:link w:val="CitaoIntensa"/>
    <w:uiPriority w:val="30"/>
    <w:rsid w:val="00FC693F"/>
    <w:rPr>
      <w:b/>
      <w:bCs/>
      <w:i/>
      <w:iCs/>
      <w:color w:val="4F81BD" w:themeColor="accent1"/>
    </w:rPr>
  </w:style>
  <w:style w:type="character" w:styleId="nfaseSutil">
    <w:name w:val="Subtle Emphasis"/>
    <w:basedOn w:val="Fontepargpadro"/>
    <w:uiPriority w:val="19"/>
    <w:qFormat/>
    <w:rsid w:val="00FC693F"/>
    <w:rPr>
      <w:i/>
      <w:iCs/>
      <w:color w:val="808080" w:themeColor="text1" w:themeTint="7F"/>
    </w:rPr>
  </w:style>
  <w:style w:type="character" w:styleId="nfaseIntensa">
    <w:name w:val="Intense Emphasis"/>
    <w:basedOn w:val="Fontepargpadro"/>
    <w:uiPriority w:val="21"/>
    <w:qFormat/>
    <w:rsid w:val="00FC693F"/>
    <w:rPr>
      <w:b/>
      <w:bCs/>
      <w:i/>
      <w:iCs/>
      <w:color w:val="4F81BD" w:themeColor="accent1"/>
    </w:rPr>
  </w:style>
  <w:style w:type="character" w:styleId="RefernciaSutil">
    <w:name w:val="Subtle Reference"/>
    <w:basedOn w:val="Fontepargpadro"/>
    <w:uiPriority w:val="31"/>
    <w:qFormat/>
    <w:rsid w:val="00FC693F"/>
    <w:rPr>
      <w:smallCaps/>
      <w:color w:val="C0504D" w:themeColor="accent2"/>
      <w:u w:val="single"/>
    </w:rPr>
  </w:style>
  <w:style w:type="character" w:styleId="RefernciaIntensa">
    <w:name w:val="Intense Reference"/>
    <w:basedOn w:val="Fontepargpadro"/>
    <w:uiPriority w:val="32"/>
    <w:qFormat/>
    <w:rsid w:val="00FC693F"/>
    <w:rPr>
      <w:b/>
      <w:bCs/>
      <w:smallCaps/>
      <w:color w:val="C0504D" w:themeColor="accent2"/>
      <w:spacing w:val="5"/>
      <w:u w:val="single"/>
    </w:rPr>
  </w:style>
  <w:style w:type="character" w:styleId="TtulodoLivro">
    <w:name w:val="Book Title"/>
    <w:basedOn w:val="Fontepargpadro"/>
    <w:uiPriority w:val="33"/>
    <w:qFormat/>
    <w:rsid w:val="00FC693F"/>
    <w:rPr>
      <w:b/>
      <w:bCs/>
      <w:smallCaps/>
      <w:spacing w:val="5"/>
    </w:rPr>
  </w:style>
  <w:style w:type="paragraph" w:styleId="CabealhodoSumrio">
    <w:name w:val="TOC Heading"/>
    <w:basedOn w:val="Ttulo1"/>
    <w:next w:val="Normal"/>
    <w:uiPriority w:val="39"/>
    <w:semiHidden/>
    <w:unhideWhenUsed/>
    <w:qFormat/>
    <w:rsid w:val="00FC693F"/>
    <w:pPr>
      <w:outlineLvl w:val="9"/>
    </w:pPr>
  </w:style>
  <w:style w:type="table" w:styleId="Tabelacomgrade">
    <w:name w:val="Table Grid"/>
    <w:basedOn w:val="Tabelanormal"/>
    <w:uiPriority w:val="3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mentoClaro">
    <w:name w:val="Light Shading"/>
    <w:basedOn w:val="Tabe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mentoClaro-nfase1">
    <w:name w:val="Light Shading Accent 1"/>
    <w:basedOn w:val="Tabe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mentoClaro-nfase2">
    <w:name w:val="Light Shading Accent 2"/>
    <w:basedOn w:val="Tabe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mentoClaro-nfase3">
    <w:name w:val="Light Shading Accent 3"/>
    <w:basedOn w:val="Tabe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mentoClaro-nfase4">
    <w:name w:val="Light Shading Accent 4"/>
    <w:basedOn w:val="Tabe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mentoClaro-nfase5">
    <w:name w:val="Light Shading Accent 5"/>
    <w:basedOn w:val="Tabe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mentoClaro-nfase6">
    <w:name w:val="Light Shading Accent 6"/>
    <w:basedOn w:val="Tabe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e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e1">
    <w:name w:val="Light List Accent 1"/>
    <w:basedOn w:val="Tabe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e2">
    <w:name w:val="Light List Accent 2"/>
    <w:basedOn w:val="Tabe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e3">
    <w:name w:val="Light List Accent 3"/>
    <w:basedOn w:val="Tabe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e4">
    <w:name w:val="Light List Accent 4"/>
    <w:basedOn w:val="Tabe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e5">
    <w:name w:val="Light List Accent 5"/>
    <w:basedOn w:val="Tabe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e6">
    <w:name w:val="Light List Accent 6"/>
    <w:basedOn w:val="Tabe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adeClara">
    <w:name w:val="Light Grid"/>
    <w:basedOn w:val="Tabe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adeClara-nfase1">
    <w:name w:val="Light Grid Accent 1"/>
    <w:basedOn w:val="Tabe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adeClara-nfase2">
    <w:name w:val="Light Grid Accent 2"/>
    <w:basedOn w:val="Tabe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adeClara-nfase3">
    <w:name w:val="Light Grid Accent 3"/>
    <w:basedOn w:val="Tabe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adeClara-nfase4">
    <w:name w:val="Light Grid Accent 4"/>
    <w:basedOn w:val="Tabe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adeClara-nfase5">
    <w:name w:val="Light Grid Accent 5"/>
    <w:basedOn w:val="Tabe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adeClara-nfase6">
    <w:name w:val="Light Grid Accent 6"/>
    <w:basedOn w:val="Tabe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mentoMdio1">
    <w:name w:val="Medium Shading 1"/>
    <w:basedOn w:val="Tabe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mentoMdio1-nfase1">
    <w:name w:val="Medium Shading 1 Accent 1"/>
    <w:basedOn w:val="Tabe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mentoMdio1-nfase2">
    <w:name w:val="Medium Shading 1 Accent 2"/>
    <w:basedOn w:val="Tabe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mentoMdio1-nfase3">
    <w:name w:val="Medium Shading 1 Accent 3"/>
    <w:basedOn w:val="Tabe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mentoMdio1-nfase4">
    <w:name w:val="Medium Shading 1 Accent 4"/>
    <w:basedOn w:val="Tabe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mentoMdio1-nfase5">
    <w:name w:val="Medium Shading 1 Accent 5"/>
    <w:basedOn w:val="Tabe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mentoMdio1-nfase6">
    <w:name w:val="Medium Shading 1 Accent 6"/>
    <w:basedOn w:val="Tabe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mentoMdio2">
    <w:name w:val="Medium Shading 2"/>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1">
    <w:name w:val="Medium Shading 2 Accent 1"/>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2">
    <w:name w:val="Medium Shading 2 Accent 2"/>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3">
    <w:name w:val="Medium Shading 2 Accent 3"/>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4">
    <w:name w:val="Medium Shading 2 Accent 4"/>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5">
    <w:name w:val="Medium Shading 2 Accent 5"/>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6">
    <w:name w:val="Medium Shading 2 Accent 6"/>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dia1">
    <w:name w:val="Medium List 1"/>
    <w:basedOn w:val="Tabe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dia1-nfase1">
    <w:name w:val="Medium List 1 Accent 1"/>
    <w:basedOn w:val="Tabe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dia1-nfase2">
    <w:name w:val="Medium List 1 Accent 2"/>
    <w:basedOn w:val="Tabe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dia1-nfase3">
    <w:name w:val="Medium List 1 Accent 3"/>
    <w:basedOn w:val="Tabe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dia1-nfase4">
    <w:name w:val="Medium List 1 Accent 4"/>
    <w:basedOn w:val="Tabe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dia1-nfase5">
    <w:name w:val="Medium List 1 Accent 5"/>
    <w:basedOn w:val="Tabe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dia1-nfase6">
    <w:name w:val="Medium List 1 Accent 6"/>
    <w:basedOn w:val="Tabe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dia2">
    <w:name w:val="Medium List 2"/>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1">
    <w:name w:val="Medium List 2 Accent 1"/>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2">
    <w:name w:val="Medium List 2 Accent 2"/>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3">
    <w:name w:val="Medium List 2 Accent 3"/>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4">
    <w:name w:val="Medium List 2 Accent 4"/>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5">
    <w:name w:val="Medium List 2 Accent 5"/>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6">
    <w:name w:val="Medium List 2 Accent 6"/>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adeMdia1">
    <w:name w:val="Medium Grid 1"/>
    <w:basedOn w:val="Tabe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adeMdia1-nfase1">
    <w:name w:val="Medium Grid 1 Accent 1"/>
    <w:basedOn w:val="Tabe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adeMdia1-nfase2">
    <w:name w:val="Medium Grid 1 Accent 2"/>
    <w:basedOn w:val="Tabe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adeMdia1-nfase3">
    <w:name w:val="Medium Grid 1 Accent 3"/>
    <w:basedOn w:val="Tabe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adeMdia1-nfase4">
    <w:name w:val="Medium Grid 1 Accent 4"/>
    <w:basedOn w:val="Tabe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adeMdia1-nfase5">
    <w:name w:val="Medium Grid 1 Accent 5"/>
    <w:basedOn w:val="Tabe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adeMdia1-nfase6">
    <w:name w:val="Medium Grid 1 Accent 6"/>
    <w:basedOn w:val="Tabe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adeMdia2">
    <w:name w:val="Medium Grid 2"/>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adeMdia2-nfase1">
    <w:name w:val="Medium Grid 2 Accent 1"/>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adeMdia2-nfase2">
    <w:name w:val="Medium Grid 2 Accent 2"/>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adeMdia2-nfase3">
    <w:name w:val="Medium Grid 2 Accent 3"/>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adeMdia2-nfase4">
    <w:name w:val="Medium Grid 2 Accent 4"/>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adeMdia2-nfase5">
    <w:name w:val="Medium Grid 2 Accent 5"/>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adeMdia2-nfase6">
    <w:name w:val="Medium Grid 2 Accent 6"/>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adeMdia3">
    <w:name w:val="Medium Grid 3"/>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adeMdia3-nfase1">
    <w:name w:val="Medium Grid 3 Accent 1"/>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adeMdia3-nfase2">
    <w:name w:val="Medium Grid 3 Accent 2"/>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adeMdia3-nfase3">
    <w:name w:val="Medium Grid 3 Accent 3"/>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adeMdia3-nfase4">
    <w:name w:val="Medium Grid 3 Accent 4"/>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adeMdia3-nfase5">
    <w:name w:val="Medium Grid 3 Accent 5"/>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adeMdia3-nfase6">
    <w:name w:val="Medium Grid 3 Accent 6"/>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Escura">
    <w:name w:val="Dark List"/>
    <w:basedOn w:val="Tabe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Escura-nfase1">
    <w:name w:val="Dark List Accent 1"/>
    <w:basedOn w:val="Tabe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Escura-nfase2">
    <w:name w:val="Dark List Accent 2"/>
    <w:basedOn w:val="Tabe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Escura-nfase3">
    <w:name w:val="Dark List Accent 3"/>
    <w:basedOn w:val="Tabe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Escura-nfase4">
    <w:name w:val="Dark List Accent 4"/>
    <w:basedOn w:val="Tabe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Escura-nfase5">
    <w:name w:val="Dark List Accent 5"/>
    <w:basedOn w:val="Tabe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Escura-nfase6">
    <w:name w:val="Dark List Accent 6"/>
    <w:basedOn w:val="Tabe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mentoColorido">
    <w:name w:val="Colorful Shading"/>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mentoEscuro-nfase1">
    <w:name w:val="Colorful Shading Accent 1"/>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mentoColorido-nfase2">
    <w:name w:val="Colorful Shading Accent 2"/>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mentoColorido-nfase3">
    <w:name w:val="Colorful Shading Accent 3"/>
    <w:basedOn w:val="Tabe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mentoColorido-nfase4">
    <w:name w:val="Colorful Shading Accent 4"/>
    <w:basedOn w:val="Tabe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mentoColorido-nfase5">
    <w:name w:val="Colorful Shading Accent 5"/>
    <w:basedOn w:val="Tabe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mentoColorido-nfase6">
    <w:name w:val="Colorful Shading Accent 6"/>
    <w:basedOn w:val="Tabe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Colorida">
    <w:name w:val="Colorful List"/>
    <w:basedOn w:val="Tabe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Colorida-nfase1">
    <w:name w:val="Colorful List Accent 1"/>
    <w:basedOn w:val="Tabe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Colorida-nfase2">
    <w:name w:val="Colorful List Accent 2"/>
    <w:basedOn w:val="Tabe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Colorida-nfase3">
    <w:name w:val="Colorful List Accent 3"/>
    <w:basedOn w:val="Tabe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Colorida-nfase4">
    <w:name w:val="Colorful List Accent 4"/>
    <w:basedOn w:val="Tabe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Colorida-nfase5">
    <w:name w:val="Colorful List Accent 5"/>
    <w:basedOn w:val="Tabe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Colorida-nfase6">
    <w:name w:val="Colorful List Accent 6"/>
    <w:basedOn w:val="Tabe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adeColorida">
    <w:name w:val="Colorful Grid"/>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adeColorida-nfase1">
    <w:name w:val="Colorful Grid Accent 1"/>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adeColorida-nfase2">
    <w:name w:val="Colorful Grid Accent 2"/>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adeColorida-nfase3">
    <w:name w:val="Colorful Grid Accent 3"/>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adeColorida-nfase4">
    <w:name w:val="Colorful Grid Accent 4"/>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adeColorida-nfase5">
    <w:name w:val="Colorful Grid Accent 5"/>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adeColorida-nfase6">
    <w:name w:val="Colorful Grid Accent 6"/>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320</Words>
  <Characters>1730</Characters>
  <Application>Microsoft Office Word</Application>
  <DocSecurity>0</DocSecurity>
  <Lines>14</Lines>
  <Paragraphs>4</Paragraphs>
  <ScaleCrop>false</ScaleCrop>
  <Manager/>
  <Company/>
  <LinksUpToDate>false</LinksUpToDate>
  <CharactersWithSpaces>2046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THATYANA REGINA FERNANDES</cp:lastModifiedBy>
  <cp:revision>48</cp:revision>
  <dcterms:created xsi:type="dcterms:W3CDTF">2013-12-23T23:15:00Z</dcterms:created>
  <dcterms:modified xsi:type="dcterms:W3CDTF">2026-08-11T18:20:00Z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f380b4d-8a71-4241-982c-3816ad3ce8fc_Enabled">
    <vt:lpwstr>true</vt:lpwstr>
  </property>
  <property fmtid="{D5CDD505-2E9C-101B-9397-08002B2CF9AE}" pid="3" name="MSIP_Label_ff380b4d-8a71-4241-982c-3816ad3ce8fc_SetDate">
    <vt:lpwstr>2025-12-12T14:12:03Z</vt:lpwstr>
  </property>
  <property fmtid="{D5CDD505-2E9C-101B-9397-08002B2CF9AE}" pid="4" name="MSIP_Label_ff380b4d-8a71-4241-982c-3816ad3ce8fc_Method">
    <vt:lpwstr>Standard</vt:lpwstr>
  </property>
  <property fmtid="{D5CDD505-2E9C-101B-9397-08002B2CF9AE}" pid="5" name="MSIP_Label_ff380b4d-8a71-4241-982c-3816ad3ce8fc_Name">
    <vt:lpwstr>defa4170-0d19-0005-0004-bc88714345d2</vt:lpwstr>
  </property>
  <property fmtid="{D5CDD505-2E9C-101B-9397-08002B2CF9AE}" pid="6" name="MSIP_Label_ff380b4d-8a71-4241-982c-3816ad3ce8fc_SiteId">
    <vt:lpwstr>eabe64c5-68f5-4a76-8301-9577a679e449</vt:lpwstr>
  </property>
  <property fmtid="{D5CDD505-2E9C-101B-9397-08002B2CF9AE}" pid="7" name="MSIP_Label_ff380b4d-8a71-4241-982c-3816ad3ce8fc_ActionId">
    <vt:lpwstr>355fb988-80a2-40ed-980d-262ac7788d34</vt:lpwstr>
  </property>
  <property fmtid="{D5CDD505-2E9C-101B-9397-08002B2CF9AE}" pid="8" name="MSIP_Label_ff380b4d-8a71-4241-982c-3816ad3ce8fc_ContentBits">
    <vt:lpwstr>0</vt:lpwstr>
  </property>
  <property fmtid="{D5CDD505-2E9C-101B-9397-08002B2CF9AE}" pid="9" name="MSIP_Label_ff380b4d-8a71-4241-982c-3816ad3ce8fc_Tag">
    <vt:lpwstr>10, 3, 0, 1</vt:lpwstr>
  </property>
</Properties>
</file>